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6B10" w14:textId="5B4D923B" w:rsidR="02793D3F" w:rsidRDefault="02793D3F" w:rsidP="1EFEAFA8">
      <w:pPr>
        <w:spacing w:after="80"/>
        <w:jc w:val="center"/>
      </w:pPr>
      <w:r>
        <w:rPr>
          <w:noProof/>
        </w:rPr>
        <w:drawing>
          <wp:inline distT="0" distB="0" distL="0" distR="0" wp14:anchorId="1256B5BD" wp14:editId="326DAF90">
            <wp:extent cx="5639289" cy="1085182"/>
            <wp:effectExtent l="0" t="0" r="0" b="0"/>
            <wp:docPr id="1569895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895471" name="Picture 1569895471"/>
                    <pic:cNvPicPr/>
                  </pic:nvPicPr>
                  <pic:blipFill>
                    <a:blip r:embed="rId6">
                      <a:extLst>
                        <a:ext uri="{28A0092B-C50C-407E-A947-70E740481C1C}">
                          <a14:useLocalDpi xmlns:a14="http://schemas.microsoft.com/office/drawing/2010/main"/>
                        </a:ext>
                      </a:extLst>
                    </a:blip>
                    <a:stretch>
                      <a:fillRect/>
                    </a:stretch>
                  </pic:blipFill>
                  <pic:spPr>
                    <a:xfrm>
                      <a:off x="0" y="0"/>
                      <a:ext cx="5639289" cy="1085182"/>
                    </a:xfrm>
                    <a:prstGeom prst="rect">
                      <a:avLst/>
                    </a:prstGeom>
                  </pic:spPr>
                </pic:pic>
              </a:graphicData>
            </a:graphic>
          </wp:inline>
        </w:drawing>
      </w:r>
    </w:p>
    <w:p w14:paraId="6C9D9B3C" w14:textId="4674315F" w:rsidR="00734EB0" w:rsidRPr="00840B49" w:rsidRDefault="5C540A09" w:rsidP="00840B49">
      <w:pPr>
        <w:spacing w:after="80"/>
        <w:jc w:val="center"/>
        <w:rPr>
          <w:rFonts w:ascii="Calibri" w:hAnsi="Calibri" w:cs="Calibri"/>
          <w:b/>
          <w:sz w:val="24"/>
          <w:szCs w:val="24"/>
          <w:lang w:val="pl-PL"/>
        </w:rPr>
      </w:pPr>
      <w:r w:rsidRPr="1EFEAFA8">
        <w:rPr>
          <w:rFonts w:ascii="Calibri" w:hAnsi="Calibri" w:cs="Calibri"/>
          <w:b/>
          <w:bCs/>
          <w:sz w:val="24"/>
          <w:szCs w:val="24"/>
          <w:lang w:val="pl-PL"/>
        </w:rPr>
        <w:t xml:space="preserve">Regulamin wydarzenia </w:t>
      </w:r>
      <w:r w:rsidR="738B2C85" w:rsidRPr="1EFEAFA8">
        <w:rPr>
          <w:rFonts w:ascii="Calibri" w:hAnsi="Calibri" w:cs="Calibri"/>
          <w:b/>
          <w:bCs/>
          <w:sz w:val="24"/>
          <w:szCs w:val="24"/>
          <w:lang w:val="pl-PL"/>
        </w:rPr>
        <w:t>Młodzi w kulturze. Praktyka, współpraca, relacje</w:t>
      </w:r>
      <w:r w:rsidR="21830CDA" w:rsidRPr="1EFEAFA8">
        <w:rPr>
          <w:rFonts w:ascii="Calibri" w:hAnsi="Calibri" w:cs="Calibri"/>
          <w:b/>
          <w:bCs/>
          <w:sz w:val="24"/>
          <w:szCs w:val="24"/>
          <w:lang w:val="pl-PL"/>
        </w:rPr>
        <w:t>.</w:t>
      </w:r>
    </w:p>
    <w:p w14:paraId="7559504B" w14:textId="747094EB" w:rsidR="00734EB0" w:rsidRPr="00840B49" w:rsidRDefault="5C540A09" w:rsidP="1EFEAFA8">
      <w:pPr>
        <w:spacing w:after="80"/>
        <w:ind w:left="720"/>
      </w:pPr>
      <w:r w:rsidRPr="1EFEAFA8">
        <w:rPr>
          <w:rFonts w:ascii="Calibri" w:hAnsi="Calibri" w:cs="Calibri"/>
          <w:sz w:val="24"/>
          <w:szCs w:val="24"/>
          <w:lang w:val="pl-PL"/>
        </w:rPr>
        <w:t xml:space="preserve">organizowanego w dn. </w:t>
      </w:r>
      <w:r w:rsidR="738B2C85" w:rsidRPr="1EFEAFA8">
        <w:rPr>
          <w:rFonts w:ascii="Calibri" w:hAnsi="Calibri" w:cs="Calibri"/>
          <w:sz w:val="24"/>
          <w:szCs w:val="24"/>
          <w:lang w:val="pl-PL"/>
        </w:rPr>
        <w:t>20.10.2026</w:t>
      </w:r>
      <w:r w:rsidRPr="1EFEAFA8">
        <w:rPr>
          <w:rFonts w:ascii="Calibri" w:hAnsi="Calibri" w:cs="Calibri"/>
          <w:sz w:val="24"/>
          <w:szCs w:val="24"/>
          <w:lang w:val="pl-PL"/>
        </w:rPr>
        <w:t xml:space="preserve"> roku w</w:t>
      </w:r>
      <w:r w:rsidR="21830CDA" w:rsidRPr="1EFEAFA8">
        <w:rPr>
          <w:rFonts w:ascii="Calibri" w:hAnsi="Calibri" w:cs="Calibri"/>
          <w:sz w:val="24"/>
          <w:szCs w:val="24"/>
          <w:lang w:val="pl-PL"/>
        </w:rPr>
        <w:t xml:space="preserve"> </w:t>
      </w:r>
      <w:r w:rsidR="2ED7A359" w:rsidRPr="1EFEAFA8">
        <w:rPr>
          <w:rFonts w:ascii="Calibri" w:hAnsi="Calibri" w:cs="Calibri"/>
          <w:sz w:val="24"/>
          <w:szCs w:val="24"/>
          <w:lang w:val="pl-PL"/>
        </w:rPr>
        <w:t>Ośrodku Kultury i Sportu w Żukowie.</w:t>
      </w:r>
    </w:p>
    <w:p w14:paraId="4FC481D2" w14:textId="77777777" w:rsidR="008E38C9" w:rsidRPr="00840B49" w:rsidRDefault="008E38C9">
      <w:pPr>
        <w:spacing w:after="80"/>
        <w:rPr>
          <w:rFonts w:ascii="Calibri" w:hAnsi="Calibri" w:cs="Calibri"/>
          <w:sz w:val="24"/>
          <w:szCs w:val="24"/>
          <w:lang w:val="pl-PL"/>
        </w:rPr>
      </w:pPr>
    </w:p>
    <w:p w14:paraId="7E6A450E"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I. POSTANOWIENIA OGÓLNE</w:t>
      </w:r>
    </w:p>
    <w:p w14:paraId="39580B83" w14:textId="2F99C051" w:rsidR="008E38C9" w:rsidRPr="00840B49" w:rsidRDefault="00E36813">
      <w:pPr>
        <w:spacing w:after="80"/>
        <w:rPr>
          <w:rFonts w:ascii="Calibri" w:hAnsi="Calibri" w:cs="Calibri"/>
          <w:sz w:val="24"/>
          <w:szCs w:val="24"/>
          <w:lang w:val="pl-PL"/>
        </w:rPr>
      </w:pPr>
      <w:r w:rsidRPr="00840B49">
        <w:rPr>
          <w:rFonts w:ascii="Calibri" w:hAnsi="Calibri" w:cs="Calibri"/>
          <w:sz w:val="24"/>
          <w:szCs w:val="24"/>
          <w:lang w:val="pl-PL"/>
        </w:rPr>
        <w:t xml:space="preserve">1. Niniejszy Regulamin określa warunki udziału w wydarzeniu </w:t>
      </w:r>
      <w:r w:rsidR="00840B49">
        <w:rPr>
          <w:rFonts w:ascii="Calibri" w:hAnsi="Calibri" w:cs="Calibri"/>
          <w:sz w:val="24"/>
          <w:szCs w:val="24"/>
          <w:lang w:val="pl-PL"/>
        </w:rPr>
        <w:t>„</w:t>
      </w:r>
      <w:r w:rsidR="008E38C9" w:rsidRPr="00840B49">
        <w:rPr>
          <w:rFonts w:ascii="Calibri" w:hAnsi="Calibri" w:cs="Calibri"/>
          <w:b/>
          <w:bCs/>
          <w:sz w:val="24"/>
          <w:szCs w:val="24"/>
          <w:lang w:val="pl-PL"/>
        </w:rPr>
        <w:t>Młodzi w kulturze. Praktyka, współpraca, relacje</w:t>
      </w:r>
      <w:r w:rsidR="00840B49" w:rsidRPr="00840B49">
        <w:rPr>
          <w:rFonts w:ascii="Calibri" w:hAnsi="Calibri" w:cs="Calibri"/>
          <w:b/>
          <w:bCs/>
          <w:sz w:val="24"/>
          <w:szCs w:val="24"/>
          <w:lang w:val="pl-PL"/>
        </w:rPr>
        <w:t>”</w:t>
      </w:r>
      <w:r w:rsidRPr="00840B49">
        <w:rPr>
          <w:rFonts w:ascii="Calibri" w:hAnsi="Calibri" w:cs="Calibri"/>
          <w:sz w:val="24"/>
          <w:szCs w:val="24"/>
          <w:lang w:val="pl-PL"/>
        </w:rPr>
        <w:t xml:space="preserve">, organizowanego w </w:t>
      </w:r>
      <w:r w:rsidR="008E38C9" w:rsidRPr="00840B49">
        <w:rPr>
          <w:rFonts w:ascii="Calibri" w:hAnsi="Calibri" w:cs="Calibri"/>
          <w:sz w:val="24"/>
          <w:szCs w:val="24"/>
          <w:lang w:val="pl-PL"/>
        </w:rPr>
        <w:t xml:space="preserve">dniu 20.10.2026 r., zwanym dalej „Wydarzeniem”. </w:t>
      </w:r>
    </w:p>
    <w:p w14:paraId="5E8F22A0" w14:textId="049CCCB3" w:rsidR="008E38C9" w:rsidRPr="00840B49" w:rsidRDefault="3093309D" w:rsidP="1EFEAFA8">
      <w:pPr>
        <w:spacing w:before="9" w:after="0"/>
        <w:jc w:val="both"/>
      </w:pPr>
      <w:r w:rsidRPr="1EFEAFA8">
        <w:rPr>
          <w:rFonts w:ascii="Calibri" w:hAnsi="Calibri" w:cs="Calibri"/>
          <w:sz w:val="24"/>
          <w:szCs w:val="24"/>
          <w:lang w:val="pl-PL"/>
        </w:rPr>
        <w:t xml:space="preserve">2. </w:t>
      </w:r>
      <w:r w:rsidR="6C267461" w:rsidRPr="1EFEAFA8">
        <w:rPr>
          <w:rFonts w:ascii="Calibri" w:hAnsi="Calibri" w:cs="Calibri"/>
          <w:sz w:val="24"/>
          <w:szCs w:val="24"/>
          <w:lang w:val="pl-PL"/>
        </w:rPr>
        <w:t xml:space="preserve">Organizatorem </w:t>
      </w:r>
      <w:r w:rsidR="5119FEFF" w:rsidRPr="1EFEAFA8">
        <w:rPr>
          <w:rFonts w:ascii="Calibri" w:hAnsi="Calibri" w:cs="Calibri"/>
          <w:b/>
          <w:bCs/>
          <w:sz w:val="24"/>
          <w:szCs w:val="24"/>
          <w:lang w:val="pl-PL"/>
        </w:rPr>
        <w:t>W</w:t>
      </w:r>
      <w:r w:rsidR="6C267461" w:rsidRPr="1EFEAFA8">
        <w:rPr>
          <w:rFonts w:ascii="Calibri" w:hAnsi="Calibri" w:cs="Calibri"/>
          <w:b/>
          <w:bCs/>
          <w:sz w:val="24"/>
          <w:szCs w:val="24"/>
          <w:lang w:val="pl-PL"/>
        </w:rPr>
        <w:t>ydarzenia</w:t>
      </w:r>
      <w:r w:rsidR="6513C7AE" w:rsidRPr="1EFEAFA8">
        <w:rPr>
          <w:rFonts w:ascii="Calibri" w:hAnsi="Calibri" w:cs="Calibri"/>
          <w:b/>
          <w:bCs/>
          <w:sz w:val="24"/>
          <w:szCs w:val="24"/>
          <w:lang w:val="pl-PL"/>
        </w:rPr>
        <w:t xml:space="preserve"> </w:t>
      </w:r>
      <w:r w:rsidR="6513C7AE" w:rsidRPr="1EFEAFA8">
        <w:rPr>
          <w:rFonts w:ascii="Calibri" w:hAnsi="Calibri" w:cs="Calibri"/>
          <w:sz w:val="24"/>
          <w:szCs w:val="24"/>
          <w:lang w:val="pl-PL"/>
        </w:rPr>
        <w:t>jest</w:t>
      </w:r>
      <w:r w:rsidR="6C267461" w:rsidRPr="1EFEAFA8">
        <w:rPr>
          <w:rFonts w:ascii="Calibri" w:hAnsi="Calibri" w:cs="Calibri"/>
          <w:sz w:val="24"/>
          <w:szCs w:val="24"/>
          <w:lang w:val="pl-PL"/>
        </w:rPr>
        <w:t xml:space="preserve"> </w:t>
      </w:r>
      <w:r w:rsidR="6C267461" w:rsidRPr="1EFEAFA8">
        <w:rPr>
          <w:rFonts w:ascii="Calibri" w:hAnsi="Calibri" w:cs="Calibri"/>
          <w:b/>
          <w:bCs/>
          <w:sz w:val="24"/>
          <w:szCs w:val="24"/>
          <w:lang w:val="pl-PL"/>
        </w:rPr>
        <w:t>Nadbałtyckie  Centrum Kultury w Gdańsku</w:t>
      </w:r>
      <w:r w:rsidR="6C267461" w:rsidRPr="1EFEAFA8">
        <w:rPr>
          <w:rFonts w:ascii="Calibri" w:hAnsi="Calibri" w:cs="Calibri"/>
          <w:sz w:val="24"/>
          <w:szCs w:val="24"/>
          <w:lang w:val="pl-PL"/>
        </w:rPr>
        <w:t xml:space="preserve">, </w:t>
      </w:r>
      <w:r w:rsidR="2A8BE492" w:rsidRPr="1EFEAFA8">
        <w:rPr>
          <w:rFonts w:ascii="Calibri" w:hAnsi="Calibri" w:cs="Calibri"/>
          <w:sz w:val="24"/>
          <w:szCs w:val="24"/>
          <w:lang w:val="pl-PL"/>
        </w:rPr>
        <w:t xml:space="preserve">zwane dalej „Organizatorem”, </w:t>
      </w:r>
      <w:r w:rsidR="6C267461" w:rsidRPr="1EFEAFA8">
        <w:rPr>
          <w:rFonts w:ascii="Calibri" w:hAnsi="Calibri" w:cs="Calibri"/>
          <w:sz w:val="24"/>
          <w:szCs w:val="24"/>
          <w:lang w:val="pl-PL"/>
        </w:rPr>
        <w:t xml:space="preserve">a współorganizatorem </w:t>
      </w:r>
      <w:r w:rsidR="738B2C85" w:rsidRPr="1EFEAFA8">
        <w:rPr>
          <w:rFonts w:ascii="Calibri" w:hAnsi="Calibri" w:cs="Calibri"/>
          <w:sz w:val="24"/>
          <w:szCs w:val="24"/>
          <w:lang w:val="pl-PL"/>
        </w:rPr>
        <w:t xml:space="preserve"> </w:t>
      </w:r>
      <w:r w:rsidR="738B2C85" w:rsidRPr="1EFEAFA8">
        <w:rPr>
          <w:rFonts w:ascii="Calibri" w:hAnsi="Calibri" w:cs="Calibri"/>
          <w:b/>
          <w:bCs/>
          <w:sz w:val="24"/>
          <w:szCs w:val="24"/>
          <w:lang w:val="pl-PL"/>
        </w:rPr>
        <w:t>Ośrod</w:t>
      </w:r>
      <w:r w:rsidR="62F70A9D" w:rsidRPr="1EFEAFA8">
        <w:rPr>
          <w:rFonts w:ascii="Calibri" w:hAnsi="Calibri" w:cs="Calibri"/>
          <w:b/>
          <w:bCs/>
          <w:sz w:val="24"/>
          <w:szCs w:val="24"/>
          <w:lang w:val="pl-PL"/>
        </w:rPr>
        <w:t>ek</w:t>
      </w:r>
      <w:r w:rsidR="738B2C85" w:rsidRPr="1EFEAFA8">
        <w:rPr>
          <w:rFonts w:ascii="Calibri" w:hAnsi="Calibri" w:cs="Calibri"/>
          <w:b/>
          <w:bCs/>
          <w:sz w:val="24"/>
          <w:szCs w:val="24"/>
          <w:lang w:val="pl-PL"/>
        </w:rPr>
        <w:t xml:space="preserve"> Kultury i Sportu w Żukowie</w:t>
      </w:r>
      <w:r w:rsidR="1F0775AE" w:rsidRPr="1EFEAFA8">
        <w:rPr>
          <w:rFonts w:ascii="Calibri" w:hAnsi="Calibri" w:cs="Calibri"/>
          <w:b/>
          <w:bCs/>
          <w:sz w:val="24"/>
          <w:szCs w:val="24"/>
          <w:lang w:val="pl-PL"/>
        </w:rPr>
        <w:t>.</w:t>
      </w:r>
      <w:r w:rsidR="7768583C" w:rsidRPr="1EFEAFA8">
        <w:rPr>
          <w:rFonts w:ascii="Calibri" w:hAnsi="Calibri" w:cs="Calibri"/>
          <w:sz w:val="24"/>
          <w:szCs w:val="24"/>
          <w:lang w:val="pl-PL"/>
        </w:rPr>
        <w:t xml:space="preserve"> </w:t>
      </w:r>
    </w:p>
    <w:p w14:paraId="7A7174CA" w14:textId="7407A8F8" w:rsidR="008E38C9" w:rsidRPr="00840B49" w:rsidRDefault="1354B4DD" w:rsidP="78E33D4E">
      <w:pPr>
        <w:spacing w:before="9" w:after="0"/>
        <w:jc w:val="both"/>
        <w:rPr>
          <w:rFonts w:asciiTheme="minorHAnsi" w:hAnsiTheme="minorHAnsi"/>
          <w:sz w:val="24"/>
          <w:szCs w:val="24"/>
          <w:lang w:val="pl-PL"/>
        </w:rPr>
      </w:pPr>
      <w:r w:rsidRPr="78E33D4E">
        <w:rPr>
          <w:rFonts w:ascii="Calibri" w:hAnsi="Calibri" w:cs="Calibri"/>
          <w:sz w:val="24"/>
          <w:szCs w:val="24"/>
          <w:lang w:val="pl-PL"/>
        </w:rPr>
        <w:t xml:space="preserve">3. </w:t>
      </w:r>
      <w:r w:rsidRPr="78E33D4E">
        <w:rPr>
          <w:rFonts w:ascii="Calibri" w:hAnsi="Calibri" w:cs="Calibri"/>
          <w:b/>
          <w:bCs/>
          <w:sz w:val="24"/>
          <w:szCs w:val="24"/>
          <w:lang w:val="pl-PL"/>
        </w:rPr>
        <w:t>Wydarzenie</w:t>
      </w:r>
      <w:r w:rsidRPr="78E33D4E">
        <w:rPr>
          <w:rFonts w:ascii="Calibri" w:hAnsi="Calibri" w:cs="Calibri"/>
          <w:sz w:val="24"/>
          <w:szCs w:val="24"/>
          <w:lang w:val="pl-PL"/>
        </w:rPr>
        <w:t xml:space="preserve"> </w:t>
      </w:r>
      <w:r w:rsidRPr="78E33D4E">
        <w:rPr>
          <w:rFonts w:asciiTheme="minorHAnsi" w:hAnsiTheme="minorHAnsi"/>
          <w:sz w:val="24"/>
          <w:szCs w:val="24"/>
          <w:lang w:val="pl-PL"/>
        </w:rPr>
        <w:t>organizowane jest w ramach programu Bardzo Młoda Kultura 2026-2028 – Pomorska Sieć Kultury w woj. pomorskim, zwanego dalej “Programem”, dofinansowanego ze środków Ministra Kultury i Dziedzictwa Narodowego, w ramach programu Narodowego Centrum Kultury BARDZO MŁODA KULTURA 2026-2028, dla którego Operatorem jest Nadbałtyckie Centrum Kultury w Gdańsku, realizowanego przy współudziale Partnerów Programu: Biblioteki Miejsko-Powiatowej w Kwidzynie, Wejherowskiego Centrum Kultury-Filharmonii Kaszubskiej oraz Gdańskiego Archipelagu Kultury.</w:t>
      </w:r>
    </w:p>
    <w:p w14:paraId="3E768B4E" w14:textId="58214EA1" w:rsidR="00734EB0" w:rsidRPr="00840B49" w:rsidRDefault="6B4E4032" w:rsidP="008E38C9">
      <w:pPr>
        <w:spacing w:after="80"/>
        <w:rPr>
          <w:rFonts w:ascii="Calibri" w:hAnsi="Calibri" w:cs="Calibri"/>
          <w:sz w:val="24"/>
          <w:szCs w:val="24"/>
          <w:lang w:val="pl-PL"/>
        </w:rPr>
      </w:pPr>
      <w:r w:rsidRPr="78E33D4E">
        <w:rPr>
          <w:rFonts w:ascii="Calibri" w:hAnsi="Calibri" w:cs="Calibri"/>
          <w:sz w:val="24"/>
          <w:szCs w:val="24"/>
          <w:lang w:val="pl-PL"/>
        </w:rPr>
        <w:t>4</w:t>
      </w:r>
      <w:r w:rsidR="17698DED" w:rsidRPr="78E33D4E">
        <w:rPr>
          <w:rFonts w:ascii="Calibri" w:hAnsi="Calibri" w:cs="Calibri"/>
          <w:sz w:val="24"/>
          <w:szCs w:val="24"/>
          <w:lang w:val="pl-PL"/>
        </w:rPr>
        <w:t xml:space="preserve">. Celem </w:t>
      </w:r>
      <w:r w:rsidR="17698DED" w:rsidRPr="78E33D4E">
        <w:rPr>
          <w:rFonts w:ascii="Calibri" w:hAnsi="Calibri" w:cs="Calibri"/>
          <w:b/>
          <w:bCs/>
          <w:sz w:val="24"/>
          <w:szCs w:val="24"/>
          <w:lang w:val="pl-PL"/>
        </w:rPr>
        <w:t>Wydarzenia</w:t>
      </w:r>
      <w:r w:rsidR="17698DED" w:rsidRPr="78E33D4E">
        <w:rPr>
          <w:rFonts w:ascii="Calibri" w:hAnsi="Calibri" w:cs="Calibri"/>
          <w:sz w:val="24"/>
          <w:szCs w:val="24"/>
          <w:lang w:val="pl-PL"/>
        </w:rPr>
        <w:t xml:space="preserve"> </w:t>
      </w:r>
      <w:r w:rsidR="4284B552" w:rsidRPr="78E33D4E">
        <w:rPr>
          <w:rFonts w:ascii="Calibri" w:hAnsi="Calibri" w:cs="Calibri"/>
          <w:sz w:val="24"/>
          <w:szCs w:val="24"/>
          <w:lang w:val="pl-PL"/>
        </w:rPr>
        <w:t>jest podsumowanie programu Bardzo Młoda Kultura 2026 – 2028</w:t>
      </w:r>
      <w:r w:rsidR="4BC3ABEF" w:rsidRPr="78E33D4E">
        <w:rPr>
          <w:rFonts w:ascii="Calibri" w:hAnsi="Calibri" w:cs="Calibri"/>
          <w:sz w:val="24"/>
          <w:szCs w:val="24"/>
          <w:lang w:val="pl-PL"/>
        </w:rPr>
        <w:t xml:space="preserve"> - </w:t>
      </w:r>
      <w:r w:rsidR="4284B552" w:rsidRPr="78E33D4E">
        <w:rPr>
          <w:rFonts w:ascii="Calibri" w:hAnsi="Calibri" w:cs="Calibri"/>
          <w:sz w:val="24"/>
          <w:szCs w:val="24"/>
          <w:lang w:val="pl-PL"/>
        </w:rPr>
        <w:t xml:space="preserve">Pomorska Sieć Kultury oraz stworzenie przestrzeni do dalszego uczenia się od siebie, wymiany praktyk i budowania relacji między osobami pracującymi z młodzieżą w kulturze. </w:t>
      </w:r>
    </w:p>
    <w:p w14:paraId="7F61F0F2" w14:textId="58491517" w:rsidR="00734EB0" w:rsidRPr="00840B49" w:rsidRDefault="1DDFB258">
      <w:pPr>
        <w:spacing w:after="80"/>
        <w:rPr>
          <w:rFonts w:ascii="Calibri" w:hAnsi="Calibri" w:cs="Calibri"/>
          <w:sz w:val="24"/>
          <w:szCs w:val="24"/>
          <w:lang w:val="pl-PL"/>
        </w:rPr>
      </w:pPr>
      <w:r w:rsidRPr="19B01ABD">
        <w:rPr>
          <w:rFonts w:ascii="Calibri" w:hAnsi="Calibri" w:cs="Calibri"/>
          <w:sz w:val="24"/>
          <w:szCs w:val="24"/>
          <w:lang w:val="pl-PL"/>
        </w:rPr>
        <w:t>5</w:t>
      </w:r>
      <w:r w:rsidR="7FF93A5C" w:rsidRPr="19B01ABD">
        <w:rPr>
          <w:rFonts w:ascii="Calibri" w:hAnsi="Calibri" w:cs="Calibri"/>
          <w:sz w:val="24"/>
          <w:szCs w:val="24"/>
          <w:lang w:val="pl-PL"/>
        </w:rPr>
        <w:t xml:space="preserve">. </w:t>
      </w:r>
      <w:r w:rsidR="7FF93A5C" w:rsidRPr="19B01ABD">
        <w:rPr>
          <w:rFonts w:ascii="Calibri" w:hAnsi="Calibri" w:cs="Calibri"/>
          <w:b/>
          <w:bCs/>
          <w:sz w:val="24"/>
          <w:szCs w:val="24"/>
          <w:lang w:val="pl-PL"/>
        </w:rPr>
        <w:t>Wydarzenie</w:t>
      </w:r>
      <w:r w:rsidR="7FF93A5C" w:rsidRPr="19B01ABD">
        <w:rPr>
          <w:rFonts w:ascii="Calibri" w:hAnsi="Calibri" w:cs="Calibri"/>
          <w:sz w:val="24"/>
          <w:szCs w:val="24"/>
          <w:lang w:val="pl-PL"/>
        </w:rPr>
        <w:t xml:space="preserve"> organizowane jest w formie stacjonarnej, z krótkimi</w:t>
      </w:r>
      <w:r w:rsidR="2DE7788B" w:rsidRPr="19B01ABD">
        <w:rPr>
          <w:rFonts w:ascii="Calibri" w:hAnsi="Calibri" w:cs="Calibri"/>
          <w:sz w:val="24"/>
          <w:szCs w:val="24"/>
          <w:lang w:val="pl-PL"/>
        </w:rPr>
        <w:t xml:space="preserve"> </w:t>
      </w:r>
      <w:r w:rsidR="7FF93A5C" w:rsidRPr="19B01ABD">
        <w:rPr>
          <w:rFonts w:ascii="Calibri" w:hAnsi="Calibri" w:cs="Calibri"/>
          <w:sz w:val="24"/>
          <w:szCs w:val="24"/>
          <w:lang w:val="pl-PL"/>
        </w:rPr>
        <w:t>prezentacjami inspiracyjnymi, rozmowami z zaproszonymi gośćmi</w:t>
      </w:r>
      <w:r w:rsidR="70612D83" w:rsidRPr="19B01ABD">
        <w:rPr>
          <w:rFonts w:ascii="Calibri" w:hAnsi="Calibri" w:cs="Calibri"/>
          <w:sz w:val="24"/>
          <w:szCs w:val="24"/>
          <w:lang w:val="pl-PL"/>
        </w:rPr>
        <w:t xml:space="preserve"> </w:t>
      </w:r>
      <w:r w:rsidR="7FF93A5C" w:rsidRPr="19B01ABD">
        <w:rPr>
          <w:rFonts w:ascii="Calibri" w:hAnsi="Calibri" w:cs="Calibri"/>
          <w:sz w:val="24"/>
          <w:szCs w:val="24"/>
          <w:lang w:val="pl-PL"/>
        </w:rPr>
        <w:t>oraz warsztatami</w:t>
      </w:r>
      <w:r w:rsidR="70612D83" w:rsidRPr="19B01ABD">
        <w:rPr>
          <w:rFonts w:ascii="Calibri" w:hAnsi="Calibri" w:cs="Calibri"/>
          <w:sz w:val="24"/>
          <w:szCs w:val="24"/>
          <w:lang w:val="pl-PL"/>
        </w:rPr>
        <w:t>.</w:t>
      </w:r>
    </w:p>
    <w:p w14:paraId="2C38EAB0" w14:textId="3CC3BEE6" w:rsidR="00734EB0" w:rsidRPr="00840B49" w:rsidRDefault="410A5390">
      <w:pPr>
        <w:spacing w:after="80"/>
        <w:rPr>
          <w:rFonts w:ascii="Calibri" w:hAnsi="Calibri" w:cs="Calibri"/>
          <w:sz w:val="24"/>
          <w:szCs w:val="24"/>
          <w:lang w:val="pl-PL"/>
        </w:rPr>
      </w:pPr>
      <w:r w:rsidRPr="78E33D4E">
        <w:rPr>
          <w:rFonts w:ascii="Calibri" w:hAnsi="Calibri" w:cs="Calibri"/>
          <w:sz w:val="24"/>
          <w:szCs w:val="24"/>
          <w:lang w:val="pl-PL"/>
        </w:rPr>
        <w:t>6</w:t>
      </w:r>
      <w:r w:rsidR="17698DED" w:rsidRPr="78E33D4E">
        <w:rPr>
          <w:rFonts w:ascii="Calibri" w:hAnsi="Calibri" w:cs="Calibri"/>
          <w:sz w:val="24"/>
          <w:szCs w:val="24"/>
          <w:lang w:val="pl-PL"/>
        </w:rPr>
        <w:t xml:space="preserve">. </w:t>
      </w:r>
      <w:r w:rsidR="17698DED" w:rsidRPr="78E33D4E">
        <w:rPr>
          <w:rFonts w:ascii="Calibri" w:hAnsi="Calibri" w:cs="Calibri"/>
          <w:b/>
          <w:bCs/>
          <w:sz w:val="24"/>
          <w:szCs w:val="24"/>
          <w:lang w:val="pl-PL"/>
        </w:rPr>
        <w:t>Wydarzenie</w:t>
      </w:r>
      <w:r w:rsidR="17698DED" w:rsidRPr="78E33D4E">
        <w:rPr>
          <w:rFonts w:ascii="Calibri" w:hAnsi="Calibri" w:cs="Calibri"/>
          <w:sz w:val="24"/>
          <w:szCs w:val="24"/>
          <w:lang w:val="pl-PL"/>
        </w:rPr>
        <w:t xml:space="preserve"> skierowane jest do osób działających w obszarze kultury</w:t>
      </w:r>
      <w:r w:rsidR="4284B552" w:rsidRPr="78E33D4E">
        <w:rPr>
          <w:rFonts w:ascii="Calibri" w:hAnsi="Calibri" w:cs="Calibri"/>
          <w:sz w:val="24"/>
          <w:szCs w:val="24"/>
          <w:lang w:val="pl-PL"/>
        </w:rPr>
        <w:t xml:space="preserve"> </w:t>
      </w:r>
      <w:r w:rsidR="17698DED" w:rsidRPr="78E33D4E">
        <w:rPr>
          <w:rFonts w:ascii="Calibri" w:hAnsi="Calibri" w:cs="Calibri"/>
          <w:sz w:val="24"/>
          <w:szCs w:val="24"/>
          <w:lang w:val="pl-PL"/>
        </w:rPr>
        <w:t>z województwa</w:t>
      </w:r>
      <w:r w:rsidR="419074AE" w:rsidRPr="78E33D4E">
        <w:rPr>
          <w:rFonts w:ascii="Calibri" w:hAnsi="Calibri" w:cs="Calibri"/>
          <w:sz w:val="24"/>
          <w:szCs w:val="24"/>
          <w:lang w:val="pl-PL"/>
        </w:rPr>
        <w:t xml:space="preserve"> </w:t>
      </w:r>
      <w:r w:rsidR="17698DED" w:rsidRPr="78E33D4E">
        <w:rPr>
          <w:rFonts w:ascii="Calibri" w:hAnsi="Calibri" w:cs="Calibri"/>
          <w:sz w:val="24"/>
          <w:szCs w:val="24"/>
          <w:lang w:val="pl-PL"/>
        </w:rPr>
        <w:t>pomorskiego.</w:t>
      </w:r>
    </w:p>
    <w:p w14:paraId="1AA33D63" w14:textId="7866E36E" w:rsidR="00734EB0" w:rsidRPr="00840B49" w:rsidRDefault="0C6FF49E" w:rsidP="008E38C9">
      <w:pPr>
        <w:spacing w:after="80"/>
        <w:rPr>
          <w:rFonts w:ascii="Calibri" w:hAnsi="Calibri" w:cs="Calibri"/>
          <w:sz w:val="24"/>
          <w:szCs w:val="24"/>
          <w:lang w:val="pl-PL"/>
        </w:rPr>
      </w:pPr>
      <w:r w:rsidRPr="78E33D4E">
        <w:rPr>
          <w:rFonts w:ascii="Calibri" w:hAnsi="Calibri" w:cs="Calibri"/>
          <w:sz w:val="24"/>
          <w:szCs w:val="24"/>
          <w:lang w:val="pl-PL"/>
        </w:rPr>
        <w:t>7</w:t>
      </w:r>
      <w:r w:rsidR="17698DED" w:rsidRPr="78E33D4E">
        <w:rPr>
          <w:rFonts w:ascii="Calibri" w:hAnsi="Calibri" w:cs="Calibri"/>
          <w:sz w:val="24"/>
          <w:szCs w:val="24"/>
          <w:lang w:val="pl-PL"/>
        </w:rPr>
        <w:t xml:space="preserve">. Udział w </w:t>
      </w:r>
      <w:r w:rsidR="17698DED" w:rsidRPr="78E33D4E">
        <w:rPr>
          <w:rFonts w:ascii="Calibri" w:hAnsi="Calibri" w:cs="Calibri"/>
          <w:b/>
          <w:bCs/>
          <w:sz w:val="24"/>
          <w:szCs w:val="24"/>
          <w:lang w:val="pl-PL"/>
        </w:rPr>
        <w:t>Wydarzeniu</w:t>
      </w:r>
      <w:r w:rsidR="17698DED" w:rsidRPr="78E33D4E">
        <w:rPr>
          <w:rFonts w:ascii="Calibri" w:hAnsi="Calibri" w:cs="Calibri"/>
          <w:sz w:val="24"/>
          <w:szCs w:val="24"/>
          <w:lang w:val="pl-PL"/>
        </w:rPr>
        <w:t xml:space="preserve"> jest bezpłatny</w:t>
      </w:r>
      <w:r w:rsidR="4284B552" w:rsidRPr="78E33D4E">
        <w:rPr>
          <w:rFonts w:ascii="Calibri" w:hAnsi="Calibri" w:cs="Calibri"/>
          <w:sz w:val="24"/>
          <w:szCs w:val="24"/>
          <w:lang w:val="pl-PL"/>
        </w:rPr>
        <w:t>.</w:t>
      </w:r>
    </w:p>
    <w:p w14:paraId="0376BAFD" w14:textId="2D781ACC" w:rsidR="00734EB0" w:rsidRPr="00840B49" w:rsidRDefault="1712690E">
      <w:pPr>
        <w:spacing w:after="80"/>
        <w:rPr>
          <w:rFonts w:ascii="Calibri" w:hAnsi="Calibri" w:cs="Calibri"/>
          <w:sz w:val="24"/>
          <w:szCs w:val="24"/>
          <w:lang w:val="pl-PL"/>
        </w:rPr>
      </w:pPr>
      <w:r w:rsidRPr="78E33D4E">
        <w:rPr>
          <w:rFonts w:ascii="Calibri" w:hAnsi="Calibri" w:cs="Calibri"/>
          <w:sz w:val="24"/>
          <w:szCs w:val="24"/>
          <w:lang w:val="pl-PL"/>
        </w:rPr>
        <w:t>8</w:t>
      </w:r>
      <w:r w:rsidR="17698DED" w:rsidRPr="78E33D4E">
        <w:rPr>
          <w:rFonts w:ascii="Calibri" w:hAnsi="Calibri" w:cs="Calibri"/>
          <w:sz w:val="24"/>
          <w:szCs w:val="24"/>
          <w:lang w:val="pl-PL"/>
        </w:rPr>
        <w:t xml:space="preserve">. Podczas </w:t>
      </w:r>
      <w:r w:rsidR="17698DED" w:rsidRPr="78E33D4E">
        <w:rPr>
          <w:rFonts w:ascii="Calibri" w:hAnsi="Calibri" w:cs="Calibri"/>
          <w:b/>
          <w:bCs/>
          <w:sz w:val="24"/>
          <w:szCs w:val="24"/>
          <w:lang w:val="pl-PL"/>
        </w:rPr>
        <w:t>Wydarzenia</w:t>
      </w:r>
      <w:r w:rsidR="17698DED" w:rsidRPr="78E33D4E">
        <w:rPr>
          <w:rFonts w:ascii="Calibri" w:hAnsi="Calibri" w:cs="Calibri"/>
          <w:sz w:val="24"/>
          <w:szCs w:val="24"/>
          <w:lang w:val="pl-PL"/>
        </w:rPr>
        <w:t xml:space="preserve"> prowadzona będzie rejestracja fotograficzna i filmowa.</w:t>
      </w:r>
    </w:p>
    <w:p w14:paraId="3D0D396E" w14:textId="77777777" w:rsidR="008E38C9" w:rsidRPr="00840B49" w:rsidRDefault="008E38C9">
      <w:pPr>
        <w:spacing w:after="80"/>
        <w:rPr>
          <w:rFonts w:ascii="Calibri" w:hAnsi="Calibri" w:cs="Calibri"/>
          <w:sz w:val="24"/>
          <w:szCs w:val="24"/>
          <w:lang w:val="pl-PL"/>
        </w:rPr>
      </w:pPr>
    </w:p>
    <w:p w14:paraId="7CF01BFA"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II. ZGŁOSZENIE UDZIAŁU W WYDARZENIU</w:t>
      </w:r>
    </w:p>
    <w:p w14:paraId="7A05B6FF" w14:textId="661C1735" w:rsidR="00734EB0" w:rsidRPr="00840B49" w:rsidRDefault="5C540A09" w:rsidP="1EFEAFA8">
      <w:pPr>
        <w:spacing w:after="80"/>
        <w:rPr>
          <w:rFonts w:ascii="Calibri" w:hAnsi="Calibri" w:cs="Calibri"/>
          <w:sz w:val="24"/>
          <w:szCs w:val="24"/>
          <w:lang w:val="pl-PL"/>
        </w:rPr>
      </w:pPr>
      <w:r w:rsidRPr="1EFEAFA8">
        <w:rPr>
          <w:rFonts w:ascii="Calibri" w:hAnsi="Calibri" w:cs="Calibri"/>
          <w:sz w:val="24"/>
          <w:szCs w:val="24"/>
          <w:lang w:val="pl-PL"/>
        </w:rPr>
        <w:t xml:space="preserve">1. Zgłoszenie udziału w </w:t>
      </w:r>
      <w:r w:rsidRPr="1EFEAFA8">
        <w:rPr>
          <w:rFonts w:ascii="Calibri" w:hAnsi="Calibri" w:cs="Calibri"/>
          <w:b/>
          <w:bCs/>
          <w:sz w:val="24"/>
          <w:szCs w:val="24"/>
          <w:lang w:val="pl-PL"/>
        </w:rPr>
        <w:t>Wydarzeniu</w:t>
      </w:r>
      <w:r w:rsidRPr="1EFEAFA8">
        <w:rPr>
          <w:rFonts w:ascii="Calibri" w:hAnsi="Calibri" w:cs="Calibri"/>
          <w:sz w:val="24"/>
          <w:szCs w:val="24"/>
          <w:lang w:val="pl-PL"/>
        </w:rPr>
        <w:t xml:space="preserve"> odbywa się drogą </w:t>
      </w:r>
      <w:r w:rsidR="4556CD49" w:rsidRPr="1EFEAFA8">
        <w:rPr>
          <w:rFonts w:ascii="Calibri" w:hAnsi="Calibri" w:cs="Calibri"/>
          <w:sz w:val="24"/>
          <w:szCs w:val="24"/>
          <w:lang w:val="pl-PL"/>
        </w:rPr>
        <w:t>elektroniczną</w:t>
      </w:r>
      <w:r w:rsidR="738B2C85" w:rsidRPr="1EFEAFA8">
        <w:rPr>
          <w:rFonts w:ascii="Calibri" w:hAnsi="Calibri" w:cs="Calibri"/>
          <w:sz w:val="24"/>
          <w:szCs w:val="24"/>
          <w:lang w:val="pl-PL"/>
        </w:rPr>
        <w:t xml:space="preserve"> </w:t>
      </w:r>
      <w:r w:rsidRPr="1EFEAFA8">
        <w:rPr>
          <w:rFonts w:ascii="Calibri" w:hAnsi="Calibri" w:cs="Calibri"/>
          <w:sz w:val="24"/>
          <w:szCs w:val="24"/>
          <w:lang w:val="pl-PL"/>
        </w:rPr>
        <w:t xml:space="preserve">przez portal www. Evenea.pl za pośrednictwem formularza </w:t>
      </w:r>
      <w:r w:rsidR="3D65669B" w:rsidRPr="1EFEAFA8">
        <w:rPr>
          <w:rFonts w:ascii="Calibri" w:hAnsi="Calibri" w:cs="Calibri"/>
          <w:sz w:val="24"/>
          <w:szCs w:val="24"/>
          <w:lang w:val="pl-PL"/>
        </w:rPr>
        <w:t>zgłoszeniowego</w:t>
      </w:r>
      <w:r w:rsidR="48743BC1" w:rsidRPr="1EFEAFA8">
        <w:rPr>
          <w:rFonts w:ascii="Calibri" w:hAnsi="Calibri" w:cs="Calibri"/>
          <w:sz w:val="24"/>
          <w:szCs w:val="24"/>
          <w:lang w:val="pl-PL"/>
        </w:rPr>
        <w:t xml:space="preserve">. </w:t>
      </w:r>
      <w:r w:rsidR="48743BC1" w:rsidRPr="1EFEAFA8">
        <w:rPr>
          <w:rFonts w:ascii="Calibri" w:hAnsi="Calibri" w:cs="Calibri"/>
          <w:b/>
          <w:bCs/>
          <w:sz w:val="24"/>
          <w:szCs w:val="24"/>
          <w:lang w:val="pl-PL"/>
        </w:rPr>
        <w:t>Organizator</w:t>
      </w:r>
      <w:r w:rsidR="48743BC1" w:rsidRPr="1EFEAFA8">
        <w:rPr>
          <w:rFonts w:ascii="Calibri" w:hAnsi="Calibri" w:cs="Calibri"/>
          <w:sz w:val="24"/>
          <w:szCs w:val="24"/>
          <w:lang w:val="pl-PL"/>
        </w:rPr>
        <w:t xml:space="preserve"> dopuszcza możliwość dokonania zapisów na miejscu</w:t>
      </w:r>
      <w:r w:rsidR="1A57A998" w:rsidRPr="1EFEAFA8">
        <w:rPr>
          <w:rFonts w:ascii="Calibri" w:hAnsi="Calibri" w:cs="Calibri"/>
          <w:sz w:val="24"/>
          <w:szCs w:val="24"/>
          <w:lang w:val="pl-PL"/>
        </w:rPr>
        <w:t>,</w:t>
      </w:r>
      <w:r w:rsidR="48743BC1" w:rsidRPr="1EFEAFA8">
        <w:rPr>
          <w:rFonts w:ascii="Calibri" w:hAnsi="Calibri" w:cs="Calibri"/>
          <w:sz w:val="24"/>
          <w:szCs w:val="24"/>
          <w:lang w:val="pl-PL"/>
        </w:rPr>
        <w:t xml:space="preserve"> w dniu </w:t>
      </w:r>
      <w:r w:rsidR="48743BC1" w:rsidRPr="1EFEAFA8">
        <w:rPr>
          <w:rFonts w:ascii="Calibri" w:hAnsi="Calibri" w:cs="Calibri"/>
          <w:b/>
          <w:bCs/>
          <w:sz w:val="24"/>
          <w:szCs w:val="24"/>
          <w:lang w:val="pl-PL"/>
        </w:rPr>
        <w:t>Wydarzenia</w:t>
      </w:r>
      <w:r w:rsidR="48743BC1" w:rsidRPr="1EFEAFA8">
        <w:rPr>
          <w:rFonts w:ascii="Calibri" w:hAnsi="Calibri" w:cs="Calibri"/>
          <w:sz w:val="24"/>
          <w:szCs w:val="24"/>
          <w:lang w:val="pl-PL"/>
        </w:rPr>
        <w:t xml:space="preserve">. </w:t>
      </w:r>
    </w:p>
    <w:p w14:paraId="1EA8725F" w14:textId="54997FCB" w:rsidR="00734EB0" w:rsidRPr="00840B49" w:rsidRDefault="0D9D6AE5" w:rsidP="1EFEAFA8">
      <w:pPr>
        <w:spacing w:after="80"/>
        <w:rPr>
          <w:rFonts w:ascii="Calibri" w:hAnsi="Calibri" w:cs="Calibri"/>
          <w:sz w:val="24"/>
          <w:szCs w:val="24"/>
          <w:lang w:val="pl-PL"/>
        </w:rPr>
      </w:pPr>
      <w:r w:rsidRPr="1EFEAFA8">
        <w:rPr>
          <w:rFonts w:ascii="Calibri" w:hAnsi="Calibri" w:cs="Calibri"/>
          <w:sz w:val="24"/>
          <w:szCs w:val="24"/>
          <w:lang w:val="pl-PL"/>
        </w:rPr>
        <w:t>2. W momencie zapisu pobierane są następujące dane: imię, nazwisko, numer telefonu, adres e-mail, reprezentowany podmiot</w:t>
      </w:r>
      <w:r w:rsidR="52B2923F" w:rsidRPr="1EFEAFA8">
        <w:rPr>
          <w:rFonts w:ascii="Calibri" w:hAnsi="Calibri" w:cs="Calibri"/>
          <w:sz w:val="24"/>
          <w:szCs w:val="24"/>
          <w:lang w:val="pl-PL"/>
        </w:rPr>
        <w:t>,</w:t>
      </w:r>
      <w:r w:rsidR="54BBC545" w:rsidRPr="1EFEAFA8">
        <w:rPr>
          <w:rFonts w:ascii="Calibri" w:hAnsi="Calibri" w:cs="Calibri"/>
          <w:sz w:val="24"/>
          <w:szCs w:val="24"/>
          <w:lang w:val="pl-PL"/>
        </w:rPr>
        <w:t xml:space="preserve"> specjalne potrzeby,</w:t>
      </w:r>
      <w:r w:rsidR="52B2923F" w:rsidRPr="1EFEAFA8">
        <w:rPr>
          <w:rFonts w:ascii="Calibri" w:hAnsi="Calibri" w:cs="Calibri"/>
          <w:sz w:val="24"/>
          <w:szCs w:val="24"/>
          <w:lang w:val="pl-PL"/>
        </w:rPr>
        <w:t xml:space="preserve"> a także</w:t>
      </w:r>
      <w:r w:rsidRPr="1EFEAFA8">
        <w:rPr>
          <w:rFonts w:ascii="Calibri" w:hAnsi="Calibri" w:cs="Calibri"/>
          <w:sz w:val="24"/>
          <w:szCs w:val="24"/>
          <w:lang w:val="pl-PL"/>
        </w:rPr>
        <w:t xml:space="preserve"> źródło pozyskania informacji o </w:t>
      </w:r>
      <w:r w:rsidR="30975186" w:rsidRPr="1EFEAFA8">
        <w:rPr>
          <w:rFonts w:ascii="Calibri" w:hAnsi="Calibri" w:cs="Calibri"/>
          <w:b/>
          <w:bCs/>
          <w:sz w:val="24"/>
          <w:szCs w:val="24"/>
          <w:lang w:val="pl-PL"/>
        </w:rPr>
        <w:t>W</w:t>
      </w:r>
      <w:r w:rsidRPr="1EFEAFA8">
        <w:rPr>
          <w:rFonts w:ascii="Calibri" w:hAnsi="Calibri" w:cs="Calibri"/>
          <w:b/>
          <w:bCs/>
          <w:sz w:val="24"/>
          <w:szCs w:val="24"/>
          <w:lang w:val="pl-PL"/>
        </w:rPr>
        <w:t>ydarzeniu</w:t>
      </w:r>
      <w:r w:rsidRPr="1EFEAFA8">
        <w:rPr>
          <w:rFonts w:ascii="Calibri" w:hAnsi="Calibri" w:cs="Calibri"/>
          <w:sz w:val="24"/>
          <w:szCs w:val="24"/>
          <w:lang w:val="pl-PL"/>
        </w:rPr>
        <w:t>.</w:t>
      </w:r>
    </w:p>
    <w:p w14:paraId="06AAE6D6" w14:textId="117E5D6D" w:rsidR="00734EB0" w:rsidRPr="00840B49" w:rsidRDefault="0D9D6AE5" w:rsidP="1EFEAFA8">
      <w:pPr>
        <w:spacing w:after="80"/>
        <w:rPr>
          <w:rFonts w:ascii="Calibri" w:hAnsi="Calibri" w:cs="Calibri"/>
          <w:sz w:val="24"/>
          <w:szCs w:val="24"/>
          <w:highlight w:val="cyan"/>
          <w:lang w:val="pl-PL"/>
        </w:rPr>
      </w:pPr>
      <w:r w:rsidRPr="1EFEAFA8">
        <w:rPr>
          <w:rFonts w:ascii="Calibri" w:hAnsi="Calibri" w:cs="Calibri"/>
          <w:sz w:val="24"/>
          <w:szCs w:val="24"/>
          <w:lang w:val="pl-PL"/>
        </w:rPr>
        <w:t>3</w:t>
      </w:r>
      <w:r w:rsidR="5C540A09" w:rsidRPr="1EFEAFA8">
        <w:rPr>
          <w:rFonts w:ascii="Calibri" w:hAnsi="Calibri" w:cs="Calibri"/>
          <w:sz w:val="24"/>
          <w:szCs w:val="24"/>
          <w:lang w:val="pl-PL"/>
        </w:rPr>
        <w:t xml:space="preserve">. </w:t>
      </w:r>
      <w:r w:rsidR="2CDAD291" w:rsidRPr="1EFEAFA8">
        <w:rPr>
          <w:rFonts w:ascii="Calibri" w:hAnsi="Calibri" w:cs="Calibri"/>
          <w:sz w:val="24"/>
          <w:szCs w:val="24"/>
          <w:lang w:val="pl-PL"/>
        </w:rPr>
        <w:t xml:space="preserve">Zarejestrowanie się na </w:t>
      </w:r>
      <w:r w:rsidR="2CDAD291" w:rsidRPr="1EFEAFA8">
        <w:rPr>
          <w:rFonts w:ascii="Calibri" w:hAnsi="Calibri" w:cs="Calibri"/>
          <w:b/>
          <w:bCs/>
          <w:sz w:val="24"/>
          <w:szCs w:val="24"/>
          <w:lang w:val="pl-PL"/>
        </w:rPr>
        <w:t>Wydarzenie</w:t>
      </w:r>
      <w:r w:rsidR="2CDAD291" w:rsidRPr="1EFEAFA8">
        <w:rPr>
          <w:rFonts w:ascii="Calibri" w:hAnsi="Calibri" w:cs="Calibri"/>
          <w:sz w:val="24"/>
          <w:szCs w:val="24"/>
          <w:lang w:val="pl-PL"/>
        </w:rPr>
        <w:t xml:space="preserve"> jest jednoznaczne z akceptacją</w:t>
      </w:r>
      <w:r w:rsidR="4D2B8D32" w:rsidRPr="1EFEAFA8">
        <w:rPr>
          <w:rFonts w:ascii="Calibri" w:hAnsi="Calibri" w:cs="Calibri"/>
          <w:sz w:val="24"/>
          <w:szCs w:val="24"/>
          <w:lang w:val="pl-PL"/>
        </w:rPr>
        <w:t xml:space="preserve"> warunków</w:t>
      </w:r>
      <w:r w:rsidR="2CDAD291" w:rsidRPr="1EFEAFA8">
        <w:rPr>
          <w:rFonts w:ascii="Calibri" w:hAnsi="Calibri" w:cs="Calibri"/>
          <w:sz w:val="24"/>
          <w:szCs w:val="24"/>
          <w:lang w:val="pl-PL"/>
        </w:rPr>
        <w:t xml:space="preserve"> </w:t>
      </w:r>
      <w:r w:rsidR="2CDAD291" w:rsidRPr="1EFEAFA8">
        <w:rPr>
          <w:rFonts w:ascii="Calibri" w:hAnsi="Calibri" w:cs="Calibri"/>
          <w:b/>
          <w:bCs/>
          <w:sz w:val="24"/>
          <w:szCs w:val="24"/>
          <w:lang w:val="pl-PL"/>
        </w:rPr>
        <w:t>Regulaminu</w:t>
      </w:r>
      <w:r w:rsidR="2CDAD291" w:rsidRPr="1EFEAFA8">
        <w:rPr>
          <w:rFonts w:ascii="Calibri" w:hAnsi="Calibri" w:cs="Calibri"/>
          <w:sz w:val="24"/>
          <w:szCs w:val="24"/>
          <w:lang w:val="pl-PL"/>
        </w:rPr>
        <w:t xml:space="preserve"> oraz wyrażeniem zgody na używanie  i rozpowszechnianie wizerunku</w:t>
      </w:r>
      <w:r w:rsidR="6A835899" w:rsidRPr="1EFEAFA8">
        <w:rPr>
          <w:rFonts w:ascii="Calibri" w:hAnsi="Calibri" w:cs="Calibri"/>
          <w:sz w:val="24"/>
          <w:szCs w:val="24"/>
          <w:lang w:val="pl-PL"/>
        </w:rPr>
        <w:t xml:space="preserve"> oraz zapoznaniem się z </w:t>
      </w:r>
      <w:r w:rsidR="2CDAD291" w:rsidRPr="1EFEAFA8">
        <w:rPr>
          <w:rFonts w:ascii="Calibri" w:hAnsi="Calibri" w:cs="Calibri"/>
          <w:sz w:val="24"/>
          <w:szCs w:val="24"/>
          <w:lang w:val="pl-PL"/>
        </w:rPr>
        <w:t xml:space="preserve"> </w:t>
      </w:r>
      <w:r w:rsidR="5C540A09" w:rsidRPr="1EFEAFA8">
        <w:rPr>
          <w:rFonts w:ascii="Calibri" w:hAnsi="Calibri" w:cs="Calibri"/>
          <w:sz w:val="24"/>
          <w:szCs w:val="24"/>
          <w:lang w:val="pl-PL"/>
        </w:rPr>
        <w:t>klauzul</w:t>
      </w:r>
      <w:r w:rsidR="320AC2E9" w:rsidRPr="1EFEAFA8">
        <w:rPr>
          <w:rFonts w:ascii="Calibri" w:hAnsi="Calibri" w:cs="Calibri"/>
          <w:sz w:val="24"/>
          <w:szCs w:val="24"/>
          <w:lang w:val="pl-PL"/>
        </w:rPr>
        <w:t>ami</w:t>
      </w:r>
      <w:r w:rsidR="5C540A09" w:rsidRPr="1EFEAFA8">
        <w:rPr>
          <w:rFonts w:ascii="Calibri" w:hAnsi="Calibri" w:cs="Calibri"/>
          <w:sz w:val="24"/>
          <w:szCs w:val="24"/>
          <w:lang w:val="pl-PL"/>
        </w:rPr>
        <w:t xml:space="preserve"> </w:t>
      </w:r>
      <w:r w:rsidR="6F2CFDC3" w:rsidRPr="1EFEAFA8">
        <w:rPr>
          <w:rFonts w:ascii="Calibri" w:hAnsi="Calibri" w:cs="Calibri"/>
          <w:sz w:val="24"/>
          <w:szCs w:val="24"/>
          <w:lang w:val="pl-PL"/>
        </w:rPr>
        <w:t>dotyczącymi ochrony danych osobowych. Powyższe dokumenty dostępne są także na stronie www.nck.org.pl</w:t>
      </w:r>
    </w:p>
    <w:p w14:paraId="65665C0F" w14:textId="7FA825E1" w:rsidR="00734EB0" w:rsidRPr="00840B49" w:rsidRDefault="2BCA1783">
      <w:pPr>
        <w:spacing w:after="80"/>
        <w:rPr>
          <w:rFonts w:ascii="Calibri" w:hAnsi="Calibri" w:cs="Calibri"/>
          <w:sz w:val="24"/>
          <w:szCs w:val="24"/>
          <w:lang w:val="pl-PL"/>
        </w:rPr>
      </w:pPr>
      <w:r w:rsidRPr="1EFEAFA8">
        <w:rPr>
          <w:rFonts w:ascii="Calibri" w:hAnsi="Calibri" w:cs="Calibri"/>
          <w:sz w:val="24"/>
          <w:szCs w:val="24"/>
          <w:lang w:val="pl-PL"/>
        </w:rPr>
        <w:t>4</w:t>
      </w:r>
      <w:r w:rsidR="5C540A09" w:rsidRPr="1EFEAFA8">
        <w:rPr>
          <w:rFonts w:ascii="Calibri" w:hAnsi="Calibri" w:cs="Calibri"/>
          <w:sz w:val="24"/>
          <w:szCs w:val="24"/>
          <w:lang w:val="pl-PL"/>
        </w:rPr>
        <w:t xml:space="preserve">. Zgłoszenia na </w:t>
      </w:r>
      <w:r w:rsidR="5C540A09" w:rsidRPr="1EFEAFA8">
        <w:rPr>
          <w:rFonts w:ascii="Calibri" w:hAnsi="Calibri" w:cs="Calibri"/>
          <w:b/>
          <w:bCs/>
          <w:sz w:val="24"/>
          <w:szCs w:val="24"/>
          <w:lang w:val="pl-PL"/>
        </w:rPr>
        <w:t>Wydarzenie</w:t>
      </w:r>
      <w:r w:rsidR="5C540A09" w:rsidRPr="1EFEAFA8">
        <w:rPr>
          <w:rFonts w:ascii="Calibri" w:hAnsi="Calibri" w:cs="Calibri"/>
          <w:sz w:val="24"/>
          <w:szCs w:val="24"/>
          <w:lang w:val="pl-PL"/>
        </w:rPr>
        <w:t xml:space="preserve"> są imienne.</w:t>
      </w:r>
    </w:p>
    <w:p w14:paraId="2AADFA5C" w14:textId="5C6502AB" w:rsidR="00734EB0" w:rsidRPr="00840B49" w:rsidRDefault="153E7820" w:rsidP="1EFEAFA8">
      <w:pPr>
        <w:spacing w:after="80"/>
        <w:rPr>
          <w:rFonts w:ascii="Calibri" w:hAnsi="Calibri" w:cs="Calibri"/>
          <w:sz w:val="24"/>
          <w:szCs w:val="24"/>
          <w:lang w:val="pl-PL"/>
        </w:rPr>
      </w:pPr>
      <w:r w:rsidRPr="1EFEAFA8">
        <w:rPr>
          <w:rFonts w:ascii="Calibri" w:hAnsi="Calibri" w:cs="Calibri"/>
          <w:sz w:val="24"/>
          <w:szCs w:val="24"/>
          <w:lang w:val="pl-PL"/>
        </w:rPr>
        <w:t>5</w:t>
      </w:r>
      <w:r w:rsidR="5C540A09" w:rsidRPr="1EFEAFA8">
        <w:rPr>
          <w:rFonts w:ascii="Calibri" w:hAnsi="Calibri" w:cs="Calibri"/>
          <w:sz w:val="24"/>
          <w:szCs w:val="24"/>
          <w:lang w:val="pl-PL"/>
        </w:rPr>
        <w:t xml:space="preserve">. Uczestnik/czka otrzyma bilet uprawniający do udziału w </w:t>
      </w:r>
      <w:r w:rsidR="5C540A09" w:rsidRPr="1EFEAFA8">
        <w:rPr>
          <w:rFonts w:ascii="Calibri" w:hAnsi="Calibri" w:cs="Calibri"/>
          <w:b/>
          <w:bCs/>
          <w:sz w:val="24"/>
          <w:szCs w:val="24"/>
          <w:lang w:val="pl-PL"/>
        </w:rPr>
        <w:t>Wydarzeniu</w:t>
      </w:r>
      <w:r w:rsidR="5C540A09" w:rsidRPr="1EFEAFA8">
        <w:rPr>
          <w:rFonts w:ascii="Calibri" w:hAnsi="Calibri" w:cs="Calibri"/>
          <w:sz w:val="24"/>
          <w:szCs w:val="24"/>
          <w:lang w:val="pl-PL"/>
        </w:rPr>
        <w:t xml:space="preserve"> drogą</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e-mailową, na adres wskazany w formularzu </w:t>
      </w:r>
      <w:r w:rsidR="275FB034" w:rsidRPr="1EFEAFA8">
        <w:rPr>
          <w:rFonts w:ascii="Calibri" w:hAnsi="Calibri" w:cs="Calibri"/>
          <w:sz w:val="24"/>
          <w:szCs w:val="24"/>
          <w:lang w:val="pl-PL"/>
        </w:rPr>
        <w:t>zgłoszeniowym</w:t>
      </w:r>
      <w:r w:rsidR="5C540A09" w:rsidRPr="1EFEAFA8">
        <w:rPr>
          <w:rFonts w:ascii="Calibri" w:hAnsi="Calibri" w:cs="Calibri"/>
          <w:sz w:val="24"/>
          <w:szCs w:val="24"/>
          <w:lang w:val="pl-PL"/>
        </w:rPr>
        <w:t>.</w:t>
      </w:r>
    </w:p>
    <w:p w14:paraId="52FB5380" w14:textId="03468014" w:rsidR="00734EB0" w:rsidRPr="00840B49" w:rsidRDefault="46D02000" w:rsidP="1EFEAFA8">
      <w:pPr>
        <w:spacing w:after="80"/>
        <w:rPr>
          <w:rFonts w:ascii="Calibri" w:hAnsi="Calibri" w:cs="Calibri"/>
          <w:sz w:val="24"/>
          <w:szCs w:val="24"/>
          <w:lang w:val="pl-PL"/>
        </w:rPr>
      </w:pPr>
      <w:r w:rsidRPr="1EFEAFA8">
        <w:rPr>
          <w:rFonts w:ascii="Calibri" w:hAnsi="Calibri" w:cs="Calibri"/>
          <w:sz w:val="24"/>
          <w:szCs w:val="24"/>
          <w:lang w:val="pl-PL"/>
        </w:rPr>
        <w:t>6</w:t>
      </w:r>
      <w:r w:rsidR="5C540A09" w:rsidRPr="1EFEAFA8">
        <w:rPr>
          <w:rFonts w:ascii="Calibri" w:hAnsi="Calibri" w:cs="Calibri"/>
          <w:sz w:val="24"/>
          <w:szCs w:val="24"/>
          <w:lang w:val="pl-PL"/>
        </w:rPr>
        <w:t xml:space="preserve">. </w:t>
      </w:r>
      <w:r w:rsidR="5C540A09" w:rsidRPr="1EFEAFA8">
        <w:rPr>
          <w:rFonts w:ascii="Calibri" w:hAnsi="Calibri" w:cs="Calibri"/>
          <w:b/>
          <w:bCs/>
          <w:sz w:val="24"/>
          <w:szCs w:val="24"/>
          <w:lang w:val="pl-PL"/>
        </w:rPr>
        <w:t>Organizator</w:t>
      </w:r>
      <w:r w:rsidR="5C540A09" w:rsidRPr="1EFEAFA8">
        <w:rPr>
          <w:rFonts w:ascii="Calibri" w:hAnsi="Calibri" w:cs="Calibri"/>
          <w:sz w:val="24"/>
          <w:szCs w:val="24"/>
          <w:lang w:val="pl-PL"/>
        </w:rPr>
        <w:t xml:space="preserve"> nie ponosi odpowiedzialności za szkody wynikające z</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wprowadzenia do formularza </w:t>
      </w:r>
      <w:r w:rsidR="676AE2A1" w:rsidRPr="1EFEAFA8">
        <w:rPr>
          <w:rFonts w:ascii="Calibri" w:hAnsi="Calibri" w:cs="Calibri"/>
          <w:sz w:val="24"/>
          <w:szCs w:val="24"/>
          <w:lang w:val="pl-PL"/>
        </w:rPr>
        <w:t>zgłoszeniowego</w:t>
      </w:r>
      <w:r w:rsidR="5C540A09" w:rsidRPr="1EFEAFA8">
        <w:rPr>
          <w:rFonts w:ascii="Calibri" w:hAnsi="Calibri" w:cs="Calibri"/>
          <w:sz w:val="24"/>
          <w:szCs w:val="24"/>
          <w:lang w:val="pl-PL"/>
        </w:rPr>
        <w:t xml:space="preserve"> przez </w:t>
      </w:r>
      <w:r w:rsidR="5C540A09" w:rsidRPr="1EFEAFA8">
        <w:rPr>
          <w:rFonts w:ascii="Calibri" w:hAnsi="Calibri" w:cs="Calibri"/>
          <w:b/>
          <w:bCs/>
          <w:sz w:val="24"/>
          <w:szCs w:val="24"/>
          <w:lang w:val="pl-PL"/>
        </w:rPr>
        <w:t>Uczestnika</w:t>
      </w:r>
      <w:r w:rsidR="5C540A09" w:rsidRPr="1EFEAFA8">
        <w:rPr>
          <w:rFonts w:ascii="Calibri" w:hAnsi="Calibri" w:cs="Calibri"/>
          <w:sz w:val="24"/>
          <w:szCs w:val="24"/>
          <w:lang w:val="pl-PL"/>
        </w:rPr>
        <w:t xml:space="preserve"> błędnych</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danych.</w:t>
      </w:r>
    </w:p>
    <w:p w14:paraId="69846A99" w14:textId="4F46856E" w:rsidR="00734EB0" w:rsidRPr="00840B49" w:rsidRDefault="0BED00DE" w:rsidP="1EFEAFA8">
      <w:pPr>
        <w:spacing w:after="80"/>
        <w:rPr>
          <w:rFonts w:ascii="Calibri" w:hAnsi="Calibri" w:cs="Calibri"/>
          <w:sz w:val="24"/>
          <w:szCs w:val="24"/>
          <w:lang w:val="pl-PL"/>
        </w:rPr>
      </w:pPr>
      <w:r w:rsidRPr="1EFEAFA8">
        <w:rPr>
          <w:rFonts w:ascii="Calibri" w:hAnsi="Calibri" w:cs="Calibri"/>
          <w:sz w:val="24"/>
          <w:szCs w:val="24"/>
          <w:lang w:val="pl-PL"/>
        </w:rPr>
        <w:t>7</w:t>
      </w:r>
      <w:r w:rsidR="5C540A09" w:rsidRPr="1EFEAFA8">
        <w:rPr>
          <w:rFonts w:ascii="Calibri" w:hAnsi="Calibri" w:cs="Calibri"/>
          <w:sz w:val="24"/>
          <w:szCs w:val="24"/>
          <w:lang w:val="pl-PL"/>
        </w:rPr>
        <w:t>. Uczestnik/czka wyraża zgodę na wpisanie go na listę rezerwową</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w przypadku, gdy liczba zgłoszeń na </w:t>
      </w:r>
      <w:r w:rsidR="5C540A09" w:rsidRPr="1EFEAFA8">
        <w:rPr>
          <w:rFonts w:ascii="Calibri" w:hAnsi="Calibri" w:cs="Calibri"/>
          <w:b/>
          <w:bCs/>
          <w:sz w:val="24"/>
          <w:szCs w:val="24"/>
          <w:lang w:val="pl-PL"/>
        </w:rPr>
        <w:t>Wydarzenie</w:t>
      </w:r>
      <w:r w:rsidR="5C540A09" w:rsidRPr="1EFEAFA8">
        <w:rPr>
          <w:rFonts w:ascii="Calibri" w:hAnsi="Calibri" w:cs="Calibri"/>
          <w:sz w:val="24"/>
          <w:szCs w:val="24"/>
          <w:lang w:val="pl-PL"/>
        </w:rPr>
        <w:t xml:space="preserve"> przekroczy założoną pulę</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miejsc.</w:t>
      </w:r>
    </w:p>
    <w:p w14:paraId="7AD383E4" w14:textId="11903D85" w:rsidR="00734EB0" w:rsidRPr="00840B49" w:rsidRDefault="443D50A4">
      <w:pPr>
        <w:spacing w:after="80"/>
        <w:rPr>
          <w:rFonts w:ascii="Calibri" w:hAnsi="Calibri" w:cs="Calibri"/>
          <w:sz w:val="24"/>
          <w:szCs w:val="24"/>
          <w:lang w:val="pl-PL"/>
        </w:rPr>
      </w:pPr>
      <w:r w:rsidRPr="1EFEAFA8">
        <w:rPr>
          <w:rFonts w:ascii="Calibri" w:hAnsi="Calibri" w:cs="Calibri"/>
          <w:sz w:val="24"/>
          <w:szCs w:val="24"/>
          <w:lang w:val="pl-PL"/>
        </w:rPr>
        <w:t>8</w:t>
      </w:r>
      <w:r w:rsidR="5C540A09" w:rsidRPr="1EFEAFA8">
        <w:rPr>
          <w:rFonts w:ascii="Calibri" w:hAnsi="Calibri" w:cs="Calibri"/>
          <w:sz w:val="24"/>
          <w:szCs w:val="24"/>
          <w:lang w:val="pl-PL"/>
        </w:rPr>
        <w:t>. Bilet w formie elektronicznej (na urządzeniu mobilnym) lub drukowanej</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należy okazać przy wejściu na </w:t>
      </w:r>
      <w:r w:rsidR="5C540A09" w:rsidRPr="1EFEAFA8">
        <w:rPr>
          <w:rFonts w:ascii="Calibri" w:hAnsi="Calibri" w:cs="Calibri"/>
          <w:b/>
          <w:bCs/>
          <w:sz w:val="24"/>
          <w:szCs w:val="24"/>
          <w:lang w:val="pl-PL"/>
        </w:rPr>
        <w:t>Wydarzenie</w:t>
      </w:r>
      <w:r w:rsidR="5C540A09" w:rsidRPr="1EFEAFA8">
        <w:rPr>
          <w:rFonts w:ascii="Calibri" w:hAnsi="Calibri" w:cs="Calibri"/>
          <w:sz w:val="24"/>
          <w:szCs w:val="24"/>
          <w:lang w:val="pl-PL"/>
        </w:rPr>
        <w:t>.</w:t>
      </w:r>
    </w:p>
    <w:p w14:paraId="1273FA63" w14:textId="015FB0DA" w:rsidR="00734EB0" w:rsidRPr="00840B49" w:rsidRDefault="29DBCF5B">
      <w:pPr>
        <w:spacing w:after="80"/>
        <w:rPr>
          <w:rFonts w:ascii="Calibri" w:hAnsi="Calibri" w:cs="Calibri"/>
          <w:sz w:val="24"/>
          <w:szCs w:val="24"/>
          <w:lang w:val="pl-PL"/>
        </w:rPr>
      </w:pPr>
      <w:r w:rsidRPr="1EFEAFA8">
        <w:rPr>
          <w:rFonts w:ascii="Calibri" w:hAnsi="Calibri" w:cs="Calibri"/>
          <w:sz w:val="24"/>
          <w:szCs w:val="24"/>
          <w:lang w:val="pl-PL"/>
        </w:rPr>
        <w:t>9</w:t>
      </w:r>
      <w:r w:rsidR="5C540A09" w:rsidRPr="1EFEAFA8">
        <w:rPr>
          <w:rFonts w:ascii="Calibri" w:hAnsi="Calibri" w:cs="Calibri"/>
          <w:sz w:val="24"/>
          <w:szCs w:val="24"/>
          <w:lang w:val="pl-PL"/>
        </w:rPr>
        <w:t>. Po okazaniu biletu Uczestnicy/</w:t>
      </w:r>
      <w:proofErr w:type="spellStart"/>
      <w:r w:rsidR="5C540A09" w:rsidRPr="1EFEAFA8">
        <w:rPr>
          <w:rFonts w:ascii="Calibri" w:hAnsi="Calibri" w:cs="Calibri"/>
          <w:sz w:val="24"/>
          <w:szCs w:val="24"/>
          <w:lang w:val="pl-PL"/>
        </w:rPr>
        <w:t>czki</w:t>
      </w:r>
      <w:proofErr w:type="spellEnd"/>
      <w:r w:rsidR="5C540A09" w:rsidRPr="1EFEAFA8">
        <w:rPr>
          <w:rFonts w:ascii="Calibri" w:hAnsi="Calibri" w:cs="Calibri"/>
          <w:sz w:val="24"/>
          <w:szCs w:val="24"/>
          <w:lang w:val="pl-PL"/>
        </w:rPr>
        <w:t xml:space="preserve"> zobowiązani są potwierdzić swoją</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obecność własnoręcznym podpisem na liście uczestników/czek, w Recepcji</w:t>
      </w:r>
      <w:r w:rsidR="738B2C85" w:rsidRPr="1EFEAFA8">
        <w:rPr>
          <w:rFonts w:ascii="Calibri" w:hAnsi="Calibri" w:cs="Calibri"/>
          <w:sz w:val="24"/>
          <w:szCs w:val="24"/>
          <w:lang w:val="pl-PL"/>
        </w:rPr>
        <w:t xml:space="preserve"> </w:t>
      </w:r>
      <w:r w:rsidR="5C540A09" w:rsidRPr="1EFEAFA8">
        <w:rPr>
          <w:rFonts w:ascii="Calibri" w:hAnsi="Calibri" w:cs="Calibri"/>
          <w:sz w:val="24"/>
          <w:szCs w:val="24"/>
          <w:lang w:val="pl-PL"/>
        </w:rPr>
        <w:t>czynnej od godziny 9.</w:t>
      </w:r>
      <w:r w:rsidR="738B2C85" w:rsidRPr="1EFEAFA8">
        <w:rPr>
          <w:rFonts w:ascii="Calibri" w:hAnsi="Calibri" w:cs="Calibri"/>
          <w:sz w:val="24"/>
          <w:szCs w:val="24"/>
          <w:lang w:val="pl-PL"/>
        </w:rPr>
        <w:t>3</w:t>
      </w:r>
      <w:r w:rsidR="5C540A09" w:rsidRPr="1EFEAFA8">
        <w:rPr>
          <w:rFonts w:ascii="Calibri" w:hAnsi="Calibri" w:cs="Calibri"/>
          <w:sz w:val="24"/>
          <w:szCs w:val="24"/>
          <w:lang w:val="pl-PL"/>
        </w:rPr>
        <w:t>0 w Centrum</w:t>
      </w:r>
      <w:r w:rsidR="6118E3A3" w:rsidRPr="1EFEAFA8">
        <w:rPr>
          <w:rFonts w:ascii="Calibri" w:hAnsi="Calibri" w:cs="Calibri"/>
          <w:sz w:val="24"/>
          <w:szCs w:val="24"/>
          <w:lang w:val="pl-PL"/>
        </w:rPr>
        <w:t xml:space="preserve"> Kultury Spichlerz w Żukowie (ul. 3 Maja 9C, Żukowo). </w:t>
      </w:r>
    </w:p>
    <w:p w14:paraId="5262262D" w14:textId="29624738"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1</w:t>
      </w:r>
      <w:r w:rsidR="0E998EF2" w:rsidRPr="1EFEAFA8">
        <w:rPr>
          <w:rFonts w:ascii="Calibri" w:hAnsi="Calibri" w:cs="Calibri"/>
          <w:sz w:val="24"/>
          <w:szCs w:val="24"/>
          <w:lang w:val="pl-PL"/>
        </w:rPr>
        <w:t>0</w:t>
      </w:r>
      <w:r w:rsidRPr="1EFEAFA8">
        <w:rPr>
          <w:rFonts w:ascii="Calibri" w:hAnsi="Calibri" w:cs="Calibri"/>
          <w:sz w:val="24"/>
          <w:szCs w:val="24"/>
          <w:lang w:val="pl-PL"/>
        </w:rPr>
        <w:t xml:space="preserve">. </w:t>
      </w:r>
      <w:r w:rsidRPr="1EFEAFA8">
        <w:rPr>
          <w:rFonts w:ascii="Calibri" w:hAnsi="Calibri" w:cs="Calibri"/>
          <w:b/>
          <w:bCs/>
          <w:sz w:val="24"/>
          <w:szCs w:val="24"/>
          <w:lang w:val="pl-PL"/>
        </w:rPr>
        <w:t>Organizator</w:t>
      </w:r>
      <w:r w:rsidRPr="1EFEAFA8">
        <w:rPr>
          <w:rFonts w:ascii="Calibri" w:hAnsi="Calibri" w:cs="Calibri"/>
          <w:sz w:val="24"/>
          <w:szCs w:val="24"/>
          <w:lang w:val="pl-PL"/>
        </w:rPr>
        <w:t xml:space="preserve"> nie ponosi kosztów dojazdu na </w:t>
      </w:r>
      <w:r w:rsidRPr="1EFEAFA8">
        <w:rPr>
          <w:rFonts w:ascii="Calibri" w:hAnsi="Calibri" w:cs="Calibri"/>
          <w:b/>
          <w:bCs/>
          <w:sz w:val="24"/>
          <w:szCs w:val="24"/>
          <w:lang w:val="pl-PL"/>
        </w:rPr>
        <w:t>Wydarzenie</w:t>
      </w:r>
      <w:r w:rsidRPr="1EFEAFA8">
        <w:rPr>
          <w:rFonts w:ascii="Calibri" w:hAnsi="Calibri" w:cs="Calibri"/>
          <w:sz w:val="24"/>
          <w:szCs w:val="24"/>
          <w:lang w:val="pl-PL"/>
        </w:rPr>
        <w:t>, kosztów</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zakwaterowania ani innych kosztów poniesionych przez Uczestnika/</w:t>
      </w:r>
      <w:proofErr w:type="spellStart"/>
      <w:r w:rsidRPr="1EFEAFA8">
        <w:rPr>
          <w:rFonts w:ascii="Calibri" w:hAnsi="Calibri" w:cs="Calibri"/>
          <w:sz w:val="24"/>
          <w:szCs w:val="24"/>
          <w:lang w:val="pl-PL"/>
        </w:rPr>
        <w:t>czkę</w:t>
      </w:r>
      <w:proofErr w:type="spellEnd"/>
      <w:r w:rsidR="6118E3A3" w:rsidRPr="1EFEAFA8">
        <w:rPr>
          <w:rFonts w:ascii="Calibri" w:hAnsi="Calibri" w:cs="Calibri"/>
          <w:sz w:val="24"/>
          <w:szCs w:val="24"/>
          <w:lang w:val="pl-PL"/>
        </w:rPr>
        <w:t xml:space="preserve"> </w:t>
      </w:r>
      <w:r w:rsidRPr="1EFEAFA8">
        <w:rPr>
          <w:rFonts w:ascii="Calibri" w:hAnsi="Calibri" w:cs="Calibri"/>
          <w:sz w:val="24"/>
          <w:szCs w:val="24"/>
          <w:lang w:val="pl-PL"/>
        </w:rPr>
        <w:t xml:space="preserve">związanych z udziałem w </w:t>
      </w:r>
      <w:r w:rsidRPr="1EFEAFA8">
        <w:rPr>
          <w:rFonts w:ascii="Calibri" w:hAnsi="Calibri" w:cs="Calibri"/>
          <w:b/>
          <w:bCs/>
          <w:sz w:val="24"/>
          <w:szCs w:val="24"/>
          <w:lang w:val="pl-PL"/>
        </w:rPr>
        <w:t>Wydarzeniu</w:t>
      </w:r>
      <w:r w:rsidRPr="1EFEAFA8">
        <w:rPr>
          <w:rFonts w:ascii="Calibri" w:hAnsi="Calibri" w:cs="Calibri"/>
          <w:sz w:val="24"/>
          <w:szCs w:val="24"/>
          <w:lang w:val="pl-PL"/>
        </w:rPr>
        <w:t>.</w:t>
      </w:r>
    </w:p>
    <w:p w14:paraId="200C0A80" w14:textId="77777777" w:rsidR="00AF09F9" w:rsidRPr="00840B49" w:rsidRDefault="00AF09F9">
      <w:pPr>
        <w:spacing w:after="80"/>
        <w:rPr>
          <w:rFonts w:ascii="Calibri" w:hAnsi="Calibri" w:cs="Calibri"/>
          <w:sz w:val="24"/>
          <w:szCs w:val="24"/>
          <w:lang w:val="pl-PL"/>
        </w:rPr>
      </w:pPr>
    </w:p>
    <w:p w14:paraId="1A5F5F72"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III. REZYGNACJA Z UDZIAŁU W WYDARZENIU</w:t>
      </w:r>
    </w:p>
    <w:p w14:paraId="57DD5CBF" w14:textId="77777777"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1. Uczestnik/czka ma prawo do rezygnacji z udziału w </w:t>
      </w:r>
      <w:r w:rsidRPr="1EFEAFA8">
        <w:rPr>
          <w:rFonts w:ascii="Calibri" w:hAnsi="Calibri" w:cs="Calibri"/>
          <w:b/>
          <w:bCs/>
          <w:sz w:val="24"/>
          <w:szCs w:val="24"/>
          <w:lang w:val="pl-PL"/>
        </w:rPr>
        <w:t>Wydarzeniu</w:t>
      </w:r>
      <w:r w:rsidRPr="1EFEAFA8">
        <w:rPr>
          <w:rFonts w:ascii="Calibri" w:hAnsi="Calibri" w:cs="Calibri"/>
          <w:sz w:val="24"/>
          <w:szCs w:val="24"/>
          <w:lang w:val="pl-PL"/>
        </w:rPr>
        <w:t>.</w:t>
      </w:r>
    </w:p>
    <w:p w14:paraId="4ABBF1CE" w14:textId="5AF83F86" w:rsidR="00734EB0" w:rsidRPr="00840B49" w:rsidRDefault="5C540A09">
      <w:pPr>
        <w:spacing w:after="80"/>
      </w:pPr>
      <w:r w:rsidRPr="1EFEAFA8">
        <w:rPr>
          <w:rFonts w:ascii="Calibri" w:hAnsi="Calibri" w:cs="Calibri"/>
          <w:sz w:val="24"/>
          <w:szCs w:val="24"/>
          <w:lang w:val="pl-PL"/>
        </w:rPr>
        <w:t>2. Zgłoszenie rezygnacji z uczestnictwa w wydarzeniu lub zgłoszenie</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 xml:space="preserve">zastępstwa należy przesłać najpóźniej do dnia </w:t>
      </w:r>
      <w:r w:rsidR="6118E3A3" w:rsidRPr="1EFEAFA8">
        <w:rPr>
          <w:rFonts w:ascii="Calibri" w:hAnsi="Calibri" w:cs="Calibri"/>
          <w:sz w:val="24"/>
          <w:szCs w:val="24"/>
          <w:lang w:val="pl-PL"/>
        </w:rPr>
        <w:t>16.10.2026 r.</w:t>
      </w:r>
      <w:r w:rsidRPr="1EFEAFA8">
        <w:rPr>
          <w:rFonts w:ascii="Calibri" w:hAnsi="Calibri" w:cs="Calibri"/>
          <w:sz w:val="24"/>
          <w:szCs w:val="24"/>
          <w:lang w:val="pl-PL"/>
        </w:rPr>
        <w:t xml:space="preserve"> na adres:</w:t>
      </w:r>
      <w:r w:rsidR="6118E3A3" w:rsidRPr="1EFEAFA8">
        <w:rPr>
          <w:rFonts w:ascii="Calibri" w:hAnsi="Calibri" w:cs="Calibri"/>
          <w:sz w:val="24"/>
          <w:szCs w:val="24"/>
          <w:lang w:val="pl-PL"/>
        </w:rPr>
        <w:t xml:space="preserve"> </w:t>
      </w:r>
      <w:hyperlink r:id="rId7" w:history="1">
        <w:r w:rsidR="6118E3A3" w:rsidRPr="1EFEAFA8">
          <w:rPr>
            <w:rStyle w:val="Hipercze"/>
            <w:rFonts w:ascii="Calibri" w:hAnsi="Calibri" w:cs="Calibri"/>
            <w:color w:val="auto"/>
            <w:sz w:val="24"/>
            <w:szCs w:val="24"/>
            <w:lang w:val="pl-PL"/>
          </w:rPr>
          <w:t>ola</w:t>
        </w:r>
        <w:r w:rsidR="6D784DE5" w:rsidRPr="1EFEAFA8">
          <w:rPr>
            <w:rStyle w:val="Hipercze"/>
            <w:rFonts w:ascii="Calibri" w:hAnsi="Calibri" w:cs="Calibri"/>
            <w:color w:val="auto"/>
            <w:sz w:val="24"/>
            <w:szCs w:val="24"/>
            <w:lang w:val="pl-PL"/>
          </w:rPr>
          <w:t>.</w:t>
        </w:r>
      </w:hyperlink>
      <w:r w:rsidR="6118E3A3" w:rsidRPr="1EFEAFA8">
        <w:rPr>
          <w:rFonts w:ascii="Calibri" w:hAnsi="Calibri" w:cs="Calibri"/>
          <w:sz w:val="24"/>
          <w:szCs w:val="24"/>
          <w:lang w:val="pl-PL"/>
        </w:rPr>
        <w:t xml:space="preserve">karowska@nck.org.pl lub </w:t>
      </w:r>
      <w:hyperlink r:id="rId8">
        <w:r w:rsidR="6118E3A3" w:rsidRPr="1EFEAFA8">
          <w:rPr>
            <w:rStyle w:val="Hipercze"/>
            <w:rFonts w:ascii="Calibri" w:hAnsi="Calibri" w:cs="Calibri"/>
            <w:color w:val="auto"/>
            <w:sz w:val="24"/>
            <w:szCs w:val="24"/>
            <w:lang w:val="pl-PL"/>
          </w:rPr>
          <w:t>monika.lajming@nck.org.pl</w:t>
        </w:r>
      </w:hyperlink>
      <w:r w:rsidR="6118E3A3" w:rsidRPr="1EFEAFA8">
        <w:rPr>
          <w:rFonts w:ascii="Calibri" w:hAnsi="Calibri" w:cs="Calibri"/>
          <w:sz w:val="24"/>
          <w:szCs w:val="24"/>
          <w:lang w:val="pl-PL"/>
        </w:rPr>
        <w:t xml:space="preserve"> </w:t>
      </w:r>
    </w:p>
    <w:p w14:paraId="53CF7508" w14:textId="67B767E6" w:rsidR="00734EB0" w:rsidRPr="00840B49" w:rsidRDefault="34CDC8B9">
      <w:pPr>
        <w:spacing w:after="80"/>
        <w:rPr>
          <w:rFonts w:ascii="Calibri" w:hAnsi="Calibri" w:cs="Calibri"/>
          <w:sz w:val="24"/>
          <w:szCs w:val="24"/>
          <w:lang w:val="pl-PL"/>
        </w:rPr>
      </w:pPr>
      <w:r w:rsidRPr="1EFEAFA8">
        <w:rPr>
          <w:rFonts w:ascii="Calibri" w:hAnsi="Calibri" w:cs="Calibri"/>
          <w:sz w:val="24"/>
          <w:szCs w:val="24"/>
          <w:lang w:val="pl-PL"/>
        </w:rPr>
        <w:t xml:space="preserve">3. </w:t>
      </w:r>
      <w:r w:rsidR="5C540A09" w:rsidRPr="1EFEAFA8">
        <w:rPr>
          <w:rFonts w:ascii="Calibri" w:hAnsi="Calibri" w:cs="Calibri"/>
          <w:sz w:val="24"/>
          <w:szCs w:val="24"/>
          <w:lang w:val="pl-PL"/>
        </w:rPr>
        <w:t>Wykreślenie z listy uczestników/czek</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lub zamiana </w:t>
      </w:r>
      <w:r w:rsidR="74506397" w:rsidRPr="1EFEAFA8">
        <w:rPr>
          <w:rFonts w:ascii="Calibri" w:hAnsi="Calibri" w:cs="Calibri"/>
          <w:sz w:val="24"/>
          <w:szCs w:val="24"/>
          <w:lang w:val="pl-PL"/>
        </w:rPr>
        <w:t>U</w:t>
      </w:r>
      <w:r w:rsidR="5C540A09" w:rsidRPr="1EFEAFA8">
        <w:rPr>
          <w:rFonts w:ascii="Calibri" w:hAnsi="Calibri" w:cs="Calibri"/>
          <w:sz w:val="24"/>
          <w:szCs w:val="24"/>
          <w:lang w:val="pl-PL"/>
        </w:rPr>
        <w:t>czestnika/</w:t>
      </w:r>
      <w:proofErr w:type="spellStart"/>
      <w:r w:rsidR="5C540A09" w:rsidRPr="1EFEAFA8">
        <w:rPr>
          <w:rFonts w:ascii="Calibri" w:hAnsi="Calibri" w:cs="Calibri"/>
          <w:sz w:val="24"/>
          <w:szCs w:val="24"/>
          <w:lang w:val="pl-PL"/>
        </w:rPr>
        <w:t>czki</w:t>
      </w:r>
      <w:proofErr w:type="spellEnd"/>
      <w:r w:rsidR="5C540A09" w:rsidRPr="1EFEAFA8">
        <w:rPr>
          <w:rFonts w:ascii="Calibri" w:hAnsi="Calibri" w:cs="Calibri"/>
          <w:sz w:val="24"/>
          <w:szCs w:val="24"/>
          <w:lang w:val="pl-PL"/>
        </w:rPr>
        <w:t xml:space="preserve"> następuje niezwłocznie po przesłaniu</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potwierdzenia ze strony </w:t>
      </w:r>
      <w:r w:rsidR="5C540A09" w:rsidRPr="1EFEAFA8">
        <w:rPr>
          <w:rFonts w:ascii="Calibri" w:hAnsi="Calibri" w:cs="Calibri"/>
          <w:b/>
          <w:bCs/>
          <w:sz w:val="24"/>
          <w:szCs w:val="24"/>
          <w:lang w:val="pl-PL"/>
        </w:rPr>
        <w:t>Organizatora</w:t>
      </w:r>
      <w:r w:rsidR="5C540A09" w:rsidRPr="1EFEAFA8">
        <w:rPr>
          <w:rFonts w:ascii="Calibri" w:hAnsi="Calibri" w:cs="Calibri"/>
          <w:sz w:val="24"/>
          <w:szCs w:val="24"/>
          <w:lang w:val="pl-PL"/>
        </w:rPr>
        <w:t>.</w:t>
      </w:r>
    </w:p>
    <w:p w14:paraId="5839DD38" w14:textId="77777777" w:rsidR="00AF09F9" w:rsidRPr="00840B49" w:rsidRDefault="00AF09F9">
      <w:pPr>
        <w:spacing w:after="80"/>
        <w:rPr>
          <w:rFonts w:ascii="Calibri" w:hAnsi="Calibri" w:cs="Calibri"/>
          <w:sz w:val="24"/>
          <w:szCs w:val="24"/>
          <w:lang w:val="pl-PL"/>
        </w:rPr>
      </w:pPr>
    </w:p>
    <w:p w14:paraId="58C99443"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IV. WSTĘP NA TEREN WYDARZENIA</w:t>
      </w:r>
    </w:p>
    <w:p w14:paraId="5029D753" w14:textId="06AAAA09" w:rsidR="00734EB0" w:rsidRPr="00840B49" w:rsidRDefault="3555C4F1" w:rsidP="1EFEAFA8">
      <w:pPr>
        <w:spacing w:after="80"/>
        <w:rPr>
          <w:rFonts w:ascii="Calibri" w:hAnsi="Calibri" w:cs="Calibri"/>
          <w:sz w:val="24"/>
          <w:szCs w:val="24"/>
          <w:lang w:val="pl-PL"/>
        </w:rPr>
      </w:pPr>
      <w:r w:rsidRPr="3555C4F1">
        <w:rPr>
          <w:rFonts w:ascii="Calibri" w:hAnsi="Calibri" w:cs="Calibri"/>
          <w:sz w:val="24"/>
          <w:szCs w:val="24"/>
          <w:lang w:val="pl-PL"/>
        </w:rPr>
        <w:t xml:space="preserve">1. Uczestnik zobowiązuje się do noszenia w widocznym miejscu opaski otrzymanej od </w:t>
      </w:r>
      <w:r w:rsidRPr="3555C4F1">
        <w:rPr>
          <w:rFonts w:ascii="Calibri" w:hAnsi="Calibri" w:cs="Calibri"/>
          <w:b/>
          <w:bCs/>
          <w:sz w:val="24"/>
          <w:szCs w:val="24"/>
          <w:lang w:val="pl-PL"/>
        </w:rPr>
        <w:t>Organizatora</w:t>
      </w:r>
      <w:r w:rsidRPr="3555C4F1">
        <w:rPr>
          <w:rFonts w:ascii="Calibri" w:hAnsi="Calibri" w:cs="Calibri"/>
          <w:sz w:val="24"/>
          <w:szCs w:val="24"/>
          <w:lang w:val="pl-PL"/>
        </w:rPr>
        <w:t>.</w:t>
      </w:r>
    </w:p>
    <w:p w14:paraId="74F211BB" w14:textId="575D613E" w:rsidR="00734EB0" w:rsidRPr="00840B49" w:rsidRDefault="3555C4F1" w:rsidP="1EFEAFA8">
      <w:pPr>
        <w:spacing w:after="80"/>
        <w:rPr>
          <w:rFonts w:ascii="Calibri" w:hAnsi="Calibri" w:cs="Calibri"/>
          <w:sz w:val="24"/>
          <w:szCs w:val="24"/>
          <w:lang w:val="pl-PL"/>
        </w:rPr>
      </w:pPr>
      <w:r w:rsidRPr="3555C4F1">
        <w:rPr>
          <w:rFonts w:ascii="Calibri" w:hAnsi="Calibri" w:cs="Calibri"/>
          <w:sz w:val="24"/>
          <w:szCs w:val="24"/>
          <w:lang w:val="pl-PL"/>
        </w:rPr>
        <w:t xml:space="preserve">2. </w:t>
      </w:r>
      <w:r w:rsidRPr="3555C4F1">
        <w:rPr>
          <w:rFonts w:ascii="Calibri" w:hAnsi="Calibri" w:cs="Calibri"/>
          <w:b/>
          <w:bCs/>
          <w:sz w:val="24"/>
          <w:szCs w:val="24"/>
          <w:lang w:val="pl-PL"/>
        </w:rPr>
        <w:t>Organizator</w:t>
      </w:r>
      <w:r w:rsidRPr="3555C4F1">
        <w:rPr>
          <w:rFonts w:ascii="Calibri" w:hAnsi="Calibri" w:cs="Calibri"/>
          <w:sz w:val="24"/>
          <w:szCs w:val="24"/>
          <w:lang w:val="pl-PL"/>
        </w:rPr>
        <w:t xml:space="preserve"> zastrzega, że osoby nieposiadające opaski mogą zostać niedopuszczone do udziału w </w:t>
      </w:r>
      <w:r w:rsidRPr="3555C4F1">
        <w:rPr>
          <w:rFonts w:ascii="Calibri" w:hAnsi="Calibri" w:cs="Calibri"/>
          <w:b/>
          <w:bCs/>
          <w:sz w:val="24"/>
          <w:szCs w:val="24"/>
          <w:lang w:val="pl-PL"/>
        </w:rPr>
        <w:t>Wydarzeniu</w:t>
      </w:r>
      <w:r w:rsidRPr="3555C4F1">
        <w:rPr>
          <w:rFonts w:ascii="Calibri" w:hAnsi="Calibri" w:cs="Calibri"/>
          <w:sz w:val="24"/>
          <w:szCs w:val="24"/>
          <w:lang w:val="pl-PL"/>
        </w:rPr>
        <w:t xml:space="preserve"> lub jego części.</w:t>
      </w:r>
    </w:p>
    <w:p w14:paraId="311137CB" w14:textId="77777777" w:rsidR="00AF09F9"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3. </w:t>
      </w:r>
      <w:r w:rsidRPr="1EFEAFA8">
        <w:rPr>
          <w:rFonts w:ascii="Calibri" w:hAnsi="Calibri" w:cs="Calibri"/>
          <w:b/>
          <w:bCs/>
          <w:sz w:val="24"/>
          <w:szCs w:val="24"/>
          <w:lang w:val="pl-PL"/>
        </w:rPr>
        <w:t>Organizator</w:t>
      </w:r>
      <w:r w:rsidRPr="1EFEAFA8">
        <w:rPr>
          <w:rFonts w:ascii="Calibri" w:hAnsi="Calibri" w:cs="Calibri"/>
          <w:sz w:val="24"/>
          <w:szCs w:val="24"/>
          <w:lang w:val="pl-PL"/>
        </w:rPr>
        <w:t xml:space="preserve"> odmówi wstępu na </w:t>
      </w:r>
      <w:r w:rsidRPr="1EFEAFA8">
        <w:rPr>
          <w:rFonts w:ascii="Calibri" w:hAnsi="Calibri" w:cs="Calibri"/>
          <w:b/>
          <w:bCs/>
          <w:sz w:val="24"/>
          <w:szCs w:val="24"/>
          <w:lang w:val="pl-PL"/>
        </w:rPr>
        <w:t>Wydarzenie</w:t>
      </w:r>
      <w:r w:rsidRPr="1EFEAFA8">
        <w:rPr>
          <w:rFonts w:ascii="Calibri" w:hAnsi="Calibri" w:cs="Calibri"/>
          <w:sz w:val="24"/>
          <w:szCs w:val="24"/>
          <w:lang w:val="pl-PL"/>
        </w:rPr>
        <w:t>:</w:t>
      </w:r>
    </w:p>
    <w:p w14:paraId="62676F3D" w14:textId="7C2AAA68" w:rsidR="00734EB0" w:rsidRPr="00840B49" w:rsidRDefault="6118E3A3">
      <w:pPr>
        <w:spacing w:after="80"/>
        <w:rPr>
          <w:rFonts w:ascii="Calibri" w:hAnsi="Calibri" w:cs="Calibri"/>
          <w:sz w:val="24"/>
          <w:szCs w:val="24"/>
          <w:lang w:val="pl-PL"/>
        </w:rPr>
      </w:pPr>
      <w:r w:rsidRPr="1EFEAFA8">
        <w:rPr>
          <w:rFonts w:ascii="Calibri" w:hAnsi="Calibri" w:cs="Calibri"/>
          <w:sz w:val="24"/>
          <w:szCs w:val="24"/>
          <w:lang w:val="pl-PL"/>
        </w:rPr>
        <w:t xml:space="preserve">a) </w:t>
      </w:r>
      <w:r w:rsidR="359C06C1" w:rsidRPr="1EFEAFA8">
        <w:rPr>
          <w:rFonts w:ascii="Calibri" w:hAnsi="Calibri" w:cs="Calibri"/>
          <w:sz w:val="24"/>
          <w:szCs w:val="24"/>
          <w:lang w:val="pl-PL"/>
        </w:rPr>
        <w:t>o</w:t>
      </w:r>
      <w:r w:rsidRPr="1EFEAFA8">
        <w:rPr>
          <w:rFonts w:ascii="Calibri" w:hAnsi="Calibri" w:cs="Calibri"/>
          <w:sz w:val="24"/>
          <w:szCs w:val="24"/>
          <w:lang w:val="pl-PL"/>
        </w:rPr>
        <w:t>sobie znajdującej się pod widocznym wpływem alkoholu, środków odurzających, psychoaktywnych lub innych podobnie działających środków,</w:t>
      </w:r>
    </w:p>
    <w:p w14:paraId="31AA33D1" w14:textId="3356275B" w:rsidR="00734EB0" w:rsidRPr="00840B49" w:rsidRDefault="6118E3A3">
      <w:pPr>
        <w:spacing w:after="80"/>
        <w:rPr>
          <w:rFonts w:ascii="Calibri" w:hAnsi="Calibri" w:cs="Calibri"/>
          <w:sz w:val="24"/>
          <w:szCs w:val="24"/>
          <w:lang w:val="pl-PL"/>
        </w:rPr>
      </w:pPr>
      <w:r w:rsidRPr="1EFEAFA8">
        <w:rPr>
          <w:rFonts w:ascii="Calibri" w:hAnsi="Calibri" w:cs="Calibri"/>
          <w:sz w:val="24"/>
          <w:szCs w:val="24"/>
          <w:lang w:val="pl-PL"/>
        </w:rPr>
        <w:t xml:space="preserve">b) </w:t>
      </w:r>
      <w:r w:rsidR="6A9ABBEA" w:rsidRPr="1EFEAFA8">
        <w:rPr>
          <w:rFonts w:ascii="Calibri" w:hAnsi="Calibri" w:cs="Calibri"/>
          <w:sz w:val="24"/>
          <w:szCs w:val="24"/>
          <w:lang w:val="pl-PL"/>
        </w:rPr>
        <w:t>o</w:t>
      </w:r>
      <w:r w:rsidRPr="1EFEAFA8">
        <w:rPr>
          <w:rFonts w:ascii="Calibri" w:hAnsi="Calibri" w:cs="Calibri"/>
          <w:sz w:val="24"/>
          <w:szCs w:val="24"/>
          <w:lang w:val="pl-PL"/>
        </w:rPr>
        <w:t>sobie posiadającej broń lub inne niebezpieczne przedmioty, materiały wybuchowe, wyroby pirotechniczne, materiały pożarowo niebezpieczne, napoje alkoholowe, środki odurzające lub substancje psychoaktywne,</w:t>
      </w:r>
    </w:p>
    <w:p w14:paraId="398DD5A5" w14:textId="34F3AC85" w:rsidR="00734EB0" w:rsidRPr="00840B49" w:rsidRDefault="3555C4F1">
      <w:pPr>
        <w:spacing w:after="80"/>
      </w:pPr>
      <w:r w:rsidRPr="3555C4F1">
        <w:rPr>
          <w:rFonts w:ascii="Calibri" w:hAnsi="Calibri" w:cs="Calibri"/>
          <w:sz w:val="24"/>
          <w:szCs w:val="24"/>
          <w:lang w:val="pl-PL"/>
        </w:rPr>
        <w:t>c) osobie zachowującej się agresywnie, prowokacyjnie albo w inny sposób stwarzającej zagrożenie dla bezpieczeństwa lub porządku publicznego,</w:t>
      </w:r>
    </w:p>
    <w:p w14:paraId="09C1D8A7" w14:textId="0E8A2626" w:rsidR="3555C4F1" w:rsidRDefault="3555C4F1" w:rsidP="3555C4F1">
      <w:pPr>
        <w:spacing w:after="80"/>
      </w:pPr>
      <w:r w:rsidRPr="3555C4F1">
        <w:rPr>
          <w:rFonts w:ascii="Calibri" w:hAnsi="Calibri" w:cs="Calibri"/>
          <w:sz w:val="24"/>
          <w:szCs w:val="24"/>
          <w:lang w:val="pl-PL"/>
        </w:rPr>
        <w:t xml:space="preserve">d) osobie, która nie wykonuje </w:t>
      </w:r>
      <w:proofErr w:type="spellStart"/>
      <w:r w:rsidRPr="3555C4F1">
        <w:rPr>
          <w:rFonts w:ascii="Calibri" w:hAnsi="Calibri" w:cs="Calibri"/>
          <w:sz w:val="24"/>
          <w:szCs w:val="24"/>
          <w:lang w:val="pl-PL"/>
        </w:rPr>
        <w:t>polecen</w:t>
      </w:r>
      <w:proofErr w:type="spellEnd"/>
      <w:r w:rsidRPr="3555C4F1">
        <w:rPr>
          <w:rFonts w:ascii="Calibri" w:hAnsi="Calibri" w:cs="Calibri"/>
          <w:sz w:val="24"/>
          <w:szCs w:val="24"/>
          <w:lang w:val="pl-PL"/>
        </w:rPr>
        <w:t xml:space="preserve"> przedstawicieli Organizatora. </w:t>
      </w:r>
    </w:p>
    <w:p w14:paraId="1273822E" w14:textId="77777777" w:rsidR="00AF09F9" w:rsidRPr="00840B49" w:rsidRDefault="00AF09F9">
      <w:pPr>
        <w:spacing w:after="80"/>
        <w:rPr>
          <w:rFonts w:ascii="Calibri" w:hAnsi="Calibri" w:cs="Calibri"/>
          <w:sz w:val="24"/>
          <w:szCs w:val="24"/>
          <w:lang w:val="pl-PL"/>
        </w:rPr>
      </w:pPr>
    </w:p>
    <w:p w14:paraId="1149FD66"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V. INFORMACJE DLA UCZESTNIKÓW</w:t>
      </w:r>
    </w:p>
    <w:p w14:paraId="1576F756" w14:textId="1B398F71"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1. Podczas </w:t>
      </w:r>
      <w:r w:rsidRPr="1EFEAFA8">
        <w:rPr>
          <w:rFonts w:ascii="Calibri" w:hAnsi="Calibri" w:cs="Calibri"/>
          <w:b/>
          <w:bCs/>
          <w:sz w:val="24"/>
          <w:szCs w:val="24"/>
          <w:lang w:val="pl-PL"/>
        </w:rPr>
        <w:t>Wydarzenia</w:t>
      </w:r>
      <w:r w:rsidRPr="1EFEAFA8">
        <w:rPr>
          <w:rFonts w:ascii="Calibri" w:hAnsi="Calibri" w:cs="Calibri"/>
          <w:sz w:val="24"/>
          <w:szCs w:val="24"/>
          <w:lang w:val="pl-PL"/>
        </w:rPr>
        <w:t xml:space="preserve"> należy stosować się do zaleceń </w:t>
      </w:r>
      <w:r w:rsidRPr="1EFEAFA8">
        <w:rPr>
          <w:rFonts w:ascii="Calibri" w:hAnsi="Calibri" w:cs="Calibri"/>
          <w:b/>
          <w:bCs/>
          <w:sz w:val="24"/>
          <w:szCs w:val="24"/>
          <w:lang w:val="pl-PL"/>
        </w:rPr>
        <w:t>Organizatora</w:t>
      </w:r>
      <w:r w:rsidRPr="1EFEAFA8">
        <w:rPr>
          <w:rFonts w:ascii="Calibri" w:hAnsi="Calibri" w:cs="Calibri"/>
          <w:sz w:val="24"/>
          <w:szCs w:val="24"/>
          <w:lang w:val="pl-PL"/>
        </w:rPr>
        <w:t xml:space="preserve"> co do</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sposobu:</w:t>
      </w:r>
    </w:p>
    <w:p w14:paraId="0FFB4AD4" w14:textId="7C7FFC74"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a) </w:t>
      </w:r>
      <w:r w:rsidR="2E3D69A7" w:rsidRPr="1EFEAFA8">
        <w:rPr>
          <w:rFonts w:ascii="Calibri" w:hAnsi="Calibri" w:cs="Calibri"/>
          <w:sz w:val="24"/>
          <w:szCs w:val="24"/>
          <w:lang w:val="pl-PL"/>
        </w:rPr>
        <w:t>w</w:t>
      </w:r>
      <w:r w:rsidRPr="1EFEAFA8">
        <w:rPr>
          <w:rFonts w:ascii="Calibri" w:hAnsi="Calibri" w:cs="Calibri"/>
          <w:sz w:val="24"/>
          <w:szCs w:val="24"/>
          <w:lang w:val="pl-PL"/>
        </w:rPr>
        <w:t xml:space="preserve">chodzenia na teren </w:t>
      </w:r>
      <w:r w:rsidRPr="1EFEAFA8">
        <w:rPr>
          <w:rFonts w:ascii="Calibri" w:hAnsi="Calibri" w:cs="Calibri"/>
          <w:b/>
          <w:bCs/>
          <w:sz w:val="24"/>
          <w:szCs w:val="24"/>
          <w:lang w:val="pl-PL"/>
        </w:rPr>
        <w:t>Wydarzenia</w:t>
      </w:r>
      <w:r w:rsidRPr="1EFEAFA8">
        <w:rPr>
          <w:rFonts w:ascii="Calibri" w:hAnsi="Calibri" w:cs="Calibri"/>
          <w:sz w:val="24"/>
          <w:szCs w:val="24"/>
          <w:lang w:val="pl-PL"/>
        </w:rPr>
        <w:t>,</w:t>
      </w:r>
    </w:p>
    <w:p w14:paraId="36725D6A" w14:textId="55C0518E"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b) </w:t>
      </w:r>
      <w:r w:rsidR="096A33D8" w:rsidRPr="1EFEAFA8">
        <w:rPr>
          <w:rFonts w:ascii="Calibri" w:hAnsi="Calibri" w:cs="Calibri"/>
          <w:sz w:val="24"/>
          <w:szCs w:val="24"/>
          <w:lang w:val="pl-PL"/>
        </w:rPr>
        <w:t>z</w:t>
      </w:r>
      <w:r w:rsidRPr="1EFEAFA8">
        <w:rPr>
          <w:rFonts w:ascii="Calibri" w:hAnsi="Calibri" w:cs="Calibri"/>
          <w:sz w:val="24"/>
          <w:szCs w:val="24"/>
          <w:lang w:val="pl-PL"/>
        </w:rPr>
        <w:t>ajmowania miejsc,</w:t>
      </w:r>
    </w:p>
    <w:p w14:paraId="5C768066" w14:textId="3F6F65E7"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c) </w:t>
      </w:r>
      <w:r w:rsidR="5AE0B21A" w:rsidRPr="1EFEAFA8">
        <w:rPr>
          <w:rFonts w:ascii="Calibri" w:hAnsi="Calibri" w:cs="Calibri"/>
          <w:sz w:val="24"/>
          <w:szCs w:val="24"/>
          <w:lang w:val="pl-PL"/>
        </w:rPr>
        <w:t>o</w:t>
      </w:r>
      <w:r w:rsidRPr="1EFEAFA8">
        <w:rPr>
          <w:rFonts w:ascii="Calibri" w:hAnsi="Calibri" w:cs="Calibri"/>
          <w:sz w:val="24"/>
          <w:szCs w:val="24"/>
          <w:lang w:val="pl-PL"/>
        </w:rPr>
        <w:t xml:space="preserve">puszczania terenu </w:t>
      </w:r>
      <w:r w:rsidRPr="1EFEAFA8">
        <w:rPr>
          <w:rFonts w:ascii="Calibri" w:hAnsi="Calibri" w:cs="Calibri"/>
          <w:b/>
          <w:bCs/>
          <w:sz w:val="24"/>
          <w:szCs w:val="24"/>
          <w:lang w:val="pl-PL"/>
        </w:rPr>
        <w:t>Wydarzenia</w:t>
      </w:r>
      <w:r w:rsidR="60712EB7" w:rsidRPr="1EFEAFA8">
        <w:rPr>
          <w:rFonts w:ascii="Calibri" w:hAnsi="Calibri" w:cs="Calibri"/>
          <w:b/>
          <w:bCs/>
          <w:sz w:val="24"/>
          <w:szCs w:val="24"/>
          <w:lang w:val="pl-PL"/>
        </w:rPr>
        <w:t>,</w:t>
      </w:r>
    </w:p>
    <w:p w14:paraId="3B95A7F8" w14:textId="737438E9"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d) </w:t>
      </w:r>
      <w:r w:rsidR="279042CF" w:rsidRPr="1EFEAFA8">
        <w:rPr>
          <w:rFonts w:ascii="Calibri" w:hAnsi="Calibri" w:cs="Calibri"/>
          <w:sz w:val="24"/>
          <w:szCs w:val="24"/>
          <w:lang w:val="pl-PL"/>
        </w:rPr>
        <w:t>s</w:t>
      </w:r>
      <w:r w:rsidRPr="1EFEAFA8">
        <w:rPr>
          <w:rFonts w:ascii="Calibri" w:hAnsi="Calibri" w:cs="Calibri"/>
          <w:sz w:val="24"/>
          <w:szCs w:val="24"/>
          <w:lang w:val="pl-PL"/>
        </w:rPr>
        <w:t>pożywania posiłków i napojów tylko w specjalnie wyznaczonej do tego</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 xml:space="preserve">przez </w:t>
      </w:r>
      <w:r w:rsidRPr="1EFEAFA8">
        <w:rPr>
          <w:rFonts w:ascii="Calibri" w:hAnsi="Calibri" w:cs="Calibri"/>
          <w:b/>
          <w:bCs/>
          <w:sz w:val="24"/>
          <w:szCs w:val="24"/>
          <w:lang w:val="pl-PL"/>
        </w:rPr>
        <w:t>Organizatora</w:t>
      </w:r>
      <w:r w:rsidRPr="1EFEAFA8">
        <w:rPr>
          <w:rFonts w:ascii="Calibri" w:hAnsi="Calibri" w:cs="Calibri"/>
          <w:sz w:val="24"/>
          <w:szCs w:val="24"/>
          <w:lang w:val="pl-PL"/>
        </w:rPr>
        <w:t xml:space="preserve"> przestrzeni cateringowej,</w:t>
      </w:r>
    </w:p>
    <w:p w14:paraId="122384A7" w14:textId="00D380A6" w:rsidR="00734EB0" w:rsidRPr="00840B49" w:rsidRDefault="34EFFDEE" w:rsidP="00AF09F9">
      <w:pPr>
        <w:rPr>
          <w:rFonts w:ascii="Calibri" w:hAnsi="Calibri" w:cs="Calibri"/>
          <w:sz w:val="24"/>
          <w:szCs w:val="24"/>
          <w:lang w:val="pl-PL"/>
        </w:rPr>
      </w:pPr>
      <w:r w:rsidRPr="1EFEAFA8">
        <w:rPr>
          <w:rFonts w:ascii="Calibri" w:hAnsi="Calibri" w:cs="Calibri"/>
          <w:sz w:val="24"/>
          <w:szCs w:val="24"/>
          <w:lang w:val="pl-PL"/>
        </w:rPr>
        <w:t>2</w:t>
      </w:r>
      <w:r w:rsidR="232C97CC"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Uczestnik/czka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xml:space="preserve"> zobowiązany/a jest do stosowania się</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do wszelkich innych poleceń Organizatora.</w:t>
      </w:r>
    </w:p>
    <w:p w14:paraId="09B64900" w14:textId="0855579B" w:rsidR="00734EB0" w:rsidRPr="00840B49" w:rsidRDefault="11155586">
      <w:pPr>
        <w:spacing w:after="80"/>
        <w:rPr>
          <w:rFonts w:ascii="Calibri" w:hAnsi="Calibri" w:cs="Calibri"/>
          <w:sz w:val="24"/>
          <w:szCs w:val="24"/>
          <w:lang w:val="pl-PL"/>
        </w:rPr>
      </w:pPr>
      <w:r w:rsidRPr="1EFEAFA8">
        <w:rPr>
          <w:rFonts w:ascii="Calibri" w:hAnsi="Calibri" w:cs="Calibri"/>
          <w:sz w:val="24"/>
          <w:szCs w:val="24"/>
          <w:lang w:val="pl-PL"/>
        </w:rPr>
        <w:t>3</w:t>
      </w:r>
      <w:r w:rsidR="5C540A09" w:rsidRPr="1EFEAFA8">
        <w:rPr>
          <w:rFonts w:ascii="Calibri" w:hAnsi="Calibri" w:cs="Calibri"/>
          <w:sz w:val="24"/>
          <w:szCs w:val="24"/>
          <w:lang w:val="pl-PL"/>
        </w:rPr>
        <w:t>. Uczestnicy/</w:t>
      </w:r>
      <w:proofErr w:type="spellStart"/>
      <w:r w:rsidR="5C540A09" w:rsidRPr="1EFEAFA8">
        <w:rPr>
          <w:rFonts w:ascii="Calibri" w:hAnsi="Calibri" w:cs="Calibri"/>
          <w:sz w:val="24"/>
          <w:szCs w:val="24"/>
          <w:lang w:val="pl-PL"/>
        </w:rPr>
        <w:t>czki</w:t>
      </w:r>
      <w:proofErr w:type="spellEnd"/>
      <w:r w:rsidR="5C540A09" w:rsidRPr="1EFEAFA8">
        <w:rPr>
          <w:rFonts w:ascii="Calibri" w:hAnsi="Calibri" w:cs="Calibri"/>
          <w:sz w:val="24"/>
          <w:szCs w:val="24"/>
          <w:lang w:val="pl-PL"/>
        </w:rPr>
        <w:t xml:space="preserve">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xml:space="preserve"> oraz wszystkie inne osoby, które znajdują się</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w miejscu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xml:space="preserve"> obowiązane są zachowywać się w sposób</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niezagrażający bezpieczeństwu innych osób obecnych na </w:t>
      </w:r>
      <w:r w:rsidR="5C540A09" w:rsidRPr="1EFEAFA8">
        <w:rPr>
          <w:rFonts w:ascii="Calibri" w:hAnsi="Calibri" w:cs="Calibri"/>
          <w:b/>
          <w:bCs/>
          <w:sz w:val="24"/>
          <w:szCs w:val="24"/>
          <w:lang w:val="pl-PL"/>
        </w:rPr>
        <w:t>Wydarzeniu</w:t>
      </w:r>
      <w:r w:rsidR="5C540A09" w:rsidRPr="1EFEAFA8">
        <w:rPr>
          <w:rFonts w:ascii="Calibri" w:hAnsi="Calibri" w:cs="Calibri"/>
          <w:sz w:val="24"/>
          <w:szCs w:val="24"/>
          <w:lang w:val="pl-PL"/>
        </w:rPr>
        <w:t>,</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a w szczególności przestrzegać postanowień </w:t>
      </w:r>
      <w:r w:rsidR="73042A38" w:rsidRPr="1EFEAFA8">
        <w:rPr>
          <w:rFonts w:ascii="Calibri" w:hAnsi="Calibri" w:cs="Calibri"/>
          <w:sz w:val="24"/>
          <w:szCs w:val="24"/>
          <w:lang w:val="pl-PL"/>
        </w:rPr>
        <w:t xml:space="preserve">niniejszego </w:t>
      </w:r>
      <w:r w:rsidR="5C540A09" w:rsidRPr="1EFEAFA8">
        <w:rPr>
          <w:rFonts w:ascii="Calibri" w:hAnsi="Calibri" w:cs="Calibri"/>
          <w:b/>
          <w:bCs/>
          <w:sz w:val="24"/>
          <w:szCs w:val="24"/>
          <w:lang w:val="pl-PL"/>
        </w:rPr>
        <w:t>Regulaminu</w:t>
      </w:r>
      <w:r w:rsidR="5C540A09" w:rsidRPr="1EFEAFA8">
        <w:rPr>
          <w:rFonts w:ascii="Calibri" w:hAnsi="Calibri" w:cs="Calibri"/>
          <w:sz w:val="24"/>
          <w:szCs w:val="24"/>
          <w:lang w:val="pl-PL"/>
        </w:rPr>
        <w:t>.</w:t>
      </w:r>
    </w:p>
    <w:p w14:paraId="19B7904A" w14:textId="7C9C3FC0" w:rsidR="00734EB0" w:rsidRPr="00840B49" w:rsidRDefault="1BD28A31">
      <w:pPr>
        <w:spacing w:after="80"/>
        <w:rPr>
          <w:rFonts w:ascii="Calibri" w:hAnsi="Calibri" w:cs="Calibri"/>
          <w:sz w:val="24"/>
          <w:szCs w:val="24"/>
          <w:lang w:val="pl-PL"/>
        </w:rPr>
      </w:pPr>
      <w:r w:rsidRPr="1EFEAFA8">
        <w:rPr>
          <w:rFonts w:ascii="Calibri" w:hAnsi="Calibri" w:cs="Calibri"/>
          <w:sz w:val="24"/>
          <w:szCs w:val="24"/>
          <w:lang w:val="pl-PL"/>
        </w:rPr>
        <w:t>4</w:t>
      </w:r>
      <w:r w:rsidR="5C540A09" w:rsidRPr="1EFEAFA8">
        <w:rPr>
          <w:rFonts w:ascii="Calibri" w:hAnsi="Calibri" w:cs="Calibri"/>
          <w:sz w:val="24"/>
          <w:szCs w:val="24"/>
          <w:lang w:val="pl-PL"/>
        </w:rPr>
        <w:t xml:space="preserve">. </w:t>
      </w:r>
      <w:r w:rsidR="5C540A09" w:rsidRPr="1EFEAFA8">
        <w:rPr>
          <w:rFonts w:ascii="Calibri" w:hAnsi="Calibri" w:cs="Calibri"/>
          <w:b/>
          <w:bCs/>
          <w:sz w:val="24"/>
          <w:szCs w:val="24"/>
          <w:lang w:val="pl-PL"/>
        </w:rPr>
        <w:t>Organizator</w:t>
      </w:r>
      <w:r w:rsidR="5C540A09" w:rsidRPr="1EFEAFA8">
        <w:rPr>
          <w:rFonts w:ascii="Calibri" w:hAnsi="Calibri" w:cs="Calibri"/>
          <w:sz w:val="24"/>
          <w:szCs w:val="24"/>
          <w:lang w:val="pl-PL"/>
        </w:rPr>
        <w:t xml:space="preserve"> zastrzega sobie prawo do przeprowadzenia ewaluacji</w:t>
      </w:r>
      <w:r w:rsidR="6118E3A3" w:rsidRPr="1EFEAFA8">
        <w:rPr>
          <w:rFonts w:ascii="Calibri" w:hAnsi="Calibri" w:cs="Calibri"/>
          <w:sz w:val="24"/>
          <w:szCs w:val="24"/>
          <w:lang w:val="pl-PL"/>
        </w:rPr>
        <w:t xml:space="preserve">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xml:space="preserve"> dowolną metodą i z użyciem dowolnego narzędzia</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badawczego.</w:t>
      </w:r>
    </w:p>
    <w:p w14:paraId="6907301F" w14:textId="77777777" w:rsidR="00AF09F9" w:rsidRPr="00840B49" w:rsidRDefault="00AF09F9">
      <w:pPr>
        <w:spacing w:after="80"/>
        <w:rPr>
          <w:rFonts w:ascii="Calibri" w:hAnsi="Calibri" w:cs="Calibri"/>
          <w:sz w:val="24"/>
          <w:szCs w:val="24"/>
          <w:lang w:val="pl-PL"/>
        </w:rPr>
      </w:pPr>
    </w:p>
    <w:p w14:paraId="32271437"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VI. ODPOWIEDZIALNOŚĆ ORGANIZATORÓW</w:t>
      </w:r>
    </w:p>
    <w:p w14:paraId="58EAEEC5" w14:textId="6A18EA39"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1. </w:t>
      </w:r>
      <w:r w:rsidRPr="1EFEAFA8">
        <w:rPr>
          <w:rFonts w:ascii="Calibri" w:hAnsi="Calibri" w:cs="Calibri"/>
          <w:b/>
          <w:bCs/>
          <w:sz w:val="24"/>
          <w:szCs w:val="24"/>
          <w:lang w:val="pl-PL"/>
        </w:rPr>
        <w:t>Organizator</w:t>
      </w:r>
      <w:r w:rsidRPr="1EFEAFA8">
        <w:rPr>
          <w:rFonts w:ascii="Calibri" w:hAnsi="Calibri" w:cs="Calibri"/>
          <w:sz w:val="24"/>
          <w:szCs w:val="24"/>
          <w:lang w:val="pl-PL"/>
        </w:rPr>
        <w:t xml:space="preserve"> zapewnia, że dołoży wszelkich starań, aby zagwarantować</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 xml:space="preserve">odpowiednie warunki do organizacji </w:t>
      </w:r>
      <w:r w:rsidRPr="1EFEAFA8">
        <w:rPr>
          <w:rFonts w:ascii="Calibri" w:hAnsi="Calibri" w:cs="Calibri"/>
          <w:b/>
          <w:bCs/>
          <w:sz w:val="24"/>
          <w:szCs w:val="24"/>
          <w:lang w:val="pl-PL"/>
        </w:rPr>
        <w:t>Wydarzenia</w:t>
      </w:r>
      <w:r w:rsidRPr="1EFEAFA8">
        <w:rPr>
          <w:rFonts w:ascii="Calibri" w:hAnsi="Calibri" w:cs="Calibri"/>
          <w:sz w:val="24"/>
          <w:szCs w:val="24"/>
          <w:lang w:val="pl-PL"/>
        </w:rPr>
        <w:t xml:space="preserve"> zgodnie z Programem</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dostępnym  na stronie www.nck.org.pl.</w:t>
      </w:r>
    </w:p>
    <w:p w14:paraId="6C35CE90" w14:textId="0AE26617"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2. </w:t>
      </w:r>
      <w:r w:rsidRPr="1EFEAFA8">
        <w:rPr>
          <w:rFonts w:ascii="Calibri" w:hAnsi="Calibri" w:cs="Calibri"/>
          <w:b/>
          <w:bCs/>
          <w:sz w:val="24"/>
          <w:szCs w:val="24"/>
          <w:lang w:val="pl-PL"/>
        </w:rPr>
        <w:t>Organizator</w:t>
      </w:r>
      <w:r w:rsidRPr="1EFEAFA8">
        <w:rPr>
          <w:rFonts w:ascii="Calibri" w:hAnsi="Calibri" w:cs="Calibri"/>
          <w:sz w:val="24"/>
          <w:szCs w:val="24"/>
          <w:lang w:val="pl-PL"/>
        </w:rPr>
        <w:t xml:space="preserve"> ustala harmonogram </w:t>
      </w:r>
      <w:r w:rsidRPr="1EFEAFA8">
        <w:rPr>
          <w:rFonts w:ascii="Calibri" w:hAnsi="Calibri" w:cs="Calibri"/>
          <w:b/>
          <w:bCs/>
          <w:sz w:val="24"/>
          <w:szCs w:val="24"/>
          <w:lang w:val="pl-PL"/>
        </w:rPr>
        <w:t>Wydarzenia</w:t>
      </w:r>
      <w:r w:rsidRPr="1EFEAFA8">
        <w:rPr>
          <w:rFonts w:ascii="Calibri" w:hAnsi="Calibri" w:cs="Calibri"/>
          <w:sz w:val="24"/>
          <w:szCs w:val="24"/>
          <w:lang w:val="pl-PL"/>
        </w:rPr>
        <w:t xml:space="preserve"> oraz zastrzega sobie prawo</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 xml:space="preserve">do zmian w programie </w:t>
      </w:r>
      <w:r w:rsidRPr="1EFEAFA8">
        <w:rPr>
          <w:rFonts w:ascii="Calibri" w:hAnsi="Calibri" w:cs="Calibri"/>
          <w:b/>
          <w:bCs/>
          <w:sz w:val="24"/>
          <w:szCs w:val="24"/>
          <w:lang w:val="pl-PL"/>
        </w:rPr>
        <w:t>Wydarzenia</w:t>
      </w:r>
      <w:r w:rsidRPr="1EFEAFA8">
        <w:rPr>
          <w:rFonts w:ascii="Calibri" w:hAnsi="Calibri" w:cs="Calibri"/>
          <w:sz w:val="24"/>
          <w:szCs w:val="24"/>
          <w:lang w:val="pl-PL"/>
        </w:rPr>
        <w:t>, w tym prawo do zmian rozkładu</w:t>
      </w:r>
      <w:r w:rsidR="6118E3A3" w:rsidRPr="1EFEAFA8">
        <w:rPr>
          <w:rFonts w:ascii="Calibri" w:hAnsi="Calibri" w:cs="Calibri"/>
          <w:sz w:val="24"/>
          <w:szCs w:val="24"/>
          <w:lang w:val="pl-PL"/>
        </w:rPr>
        <w:t xml:space="preserve"> </w:t>
      </w:r>
      <w:r w:rsidRPr="1EFEAFA8">
        <w:rPr>
          <w:rFonts w:ascii="Calibri" w:hAnsi="Calibri" w:cs="Calibri"/>
          <w:sz w:val="24"/>
          <w:szCs w:val="24"/>
          <w:lang w:val="pl-PL"/>
        </w:rPr>
        <w:t>czasowego i kolejności wystąpień.</w:t>
      </w:r>
    </w:p>
    <w:p w14:paraId="496F145B" w14:textId="6E577A7F" w:rsidR="00734EB0" w:rsidRPr="00840B49" w:rsidRDefault="526A8928">
      <w:pPr>
        <w:spacing w:after="80"/>
        <w:rPr>
          <w:rFonts w:ascii="Calibri" w:hAnsi="Calibri" w:cs="Calibri"/>
          <w:sz w:val="24"/>
          <w:szCs w:val="24"/>
          <w:lang w:val="pl-PL"/>
        </w:rPr>
      </w:pPr>
      <w:r w:rsidRPr="1EFEAFA8">
        <w:rPr>
          <w:rFonts w:ascii="Calibri" w:hAnsi="Calibri" w:cs="Calibri"/>
          <w:sz w:val="24"/>
          <w:szCs w:val="24"/>
          <w:lang w:val="pl-PL"/>
        </w:rPr>
        <w:t>3</w:t>
      </w:r>
      <w:r w:rsidR="5C540A09" w:rsidRPr="1EFEAFA8">
        <w:rPr>
          <w:rFonts w:ascii="Calibri" w:hAnsi="Calibri" w:cs="Calibri"/>
          <w:sz w:val="24"/>
          <w:szCs w:val="24"/>
          <w:lang w:val="pl-PL"/>
        </w:rPr>
        <w:t xml:space="preserve">. Zmiany w programie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o których mowa powyżej</w:t>
      </w:r>
      <w:r w:rsidR="6A5EE74B" w:rsidRPr="1EFEAFA8">
        <w:rPr>
          <w:rFonts w:ascii="Calibri" w:hAnsi="Calibri" w:cs="Calibri"/>
          <w:sz w:val="24"/>
          <w:szCs w:val="24"/>
          <w:lang w:val="pl-PL"/>
        </w:rPr>
        <w:t xml:space="preserve">, </w:t>
      </w:r>
      <w:r w:rsidR="5C540A09" w:rsidRPr="1EFEAFA8">
        <w:rPr>
          <w:rFonts w:ascii="Calibri" w:hAnsi="Calibri" w:cs="Calibri"/>
          <w:sz w:val="24"/>
          <w:szCs w:val="24"/>
          <w:lang w:val="pl-PL"/>
        </w:rPr>
        <w:t>nie mogą</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stanowić podstawy do kierowania jakichkolwiek roszczeń, w tym roszczeń</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finansowych, wobec </w:t>
      </w:r>
      <w:r w:rsidR="5C540A09" w:rsidRPr="1EFEAFA8">
        <w:rPr>
          <w:rFonts w:ascii="Calibri" w:hAnsi="Calibri" w:cs="Calibri"/>
          <w:b/>
          <w:bCs/>
          <w:sz w:val="24"/>
          <w:szCs w:val="24"/>
          <w:lang w:val="pl-PL"/>
        </w:rPr>
        <w:t>Organizatora</w:t>
      </w:r>
      <w:r w:rsidR="5C540A09" w:rsidRPr="1EFEAFA8">
        <w:rPr>
          <w:rFonts w:ascii="Calibri" w:hAnsi="Calibri" w:cs="Calibri"/>
          <w:sz w:val="24"/>
          <w:szCs w:val="24"/>
          <w:lang w:val="pl-PL"/>
        </w:rPr>
        <w:t>.</w:t>
      </w:r>
    </w:p>
    <w:p w14:paraId="780E8AC6" w14:textId="24E9A9AF" w:rsidR="00734EB0" w:rsidRPr="00840B49" w:rsidRDefault="3555C4F1">
      <w:pPr>
        <w:spacing w:after="80"/>
        <w:rPr>
          <w:rFonts w:ascii="Calibri" w:hAnsi="Calibri" w:cs="Calibri"/>
          <w:sz w:val="24"/>
          <w:szCs w:val="24"/>
          <w:lang w:val="pl-PL"/>
        </w:rPr>
      </w:pPr>
      <w:r w:rsidRPr="3555C4F1">
        <w:rPr>
          <w:rFonts w:ascii="Calibri" w:hAnsi="Calibri" w:cs="Calibri"/>
          <w:sz w:val="24"/>
          <w:szCs w:val="24"/>
          <w:lang w:val="pl-PL"/>
        </w:rPr>
        <w:t xml:space="preserve">4. </w:t>
      </w:r>
      <w:r w:rsidRPr="3555C4F1">
        <w:rPr>
          <w:rFonts w:ascii="Calibri" w:hAnsi="Calibri" w:cs="Calibri"/>
          <w:b/>
          <w:bCs/>
          <w:sz w:val="24"/>
          <w:szCs w:val="24"/>
          <w:lang w:val="pl-PL"/>
        </w:rPr>
        <w:t>Organizator</w:t>
      </w:r>
      <w:r w:rsidRPr="3555C4F1">
        <w:rPr>
          <w:rFonts w:ascii="Calibri" w:hAnsi="Calibri" w:cs="Calibri"/>
          <w:sz w:val="24"/>
          <w:szCs w:val="24"/>
          <w:lang w:val="pl-PL"/>
        </w:rPr>
        <w:t xml:space="preserve"> zastrzega sobie prawo do odwołania </w:t>
      </w:r>
      <w:r w:rsidRPr="3555C4F1">
        <w:rPr>
          <w:rFonts w:ascii="Calibri" w:hAnsi="Calibri" w:cs="Calibri"/>
          <w:b/>
          <w:bCs/>
          <w:sz w:val="24"/>
          <w:szCs w:val="24"/>
          <w:lang w:val="pl-PL"/>
        </w:rPr>
        <w:t xml:space="preserve">Wydarzenia, w szczególności </w:t>
      </w:r>
      <w:r w:rsidRPr="3555C4F1">
        <w:rPr>
          <w:rFonts w:ascii="Calibri" w:hAnsi="Calibri" w:cs="Calibri"/>
          <w:sz w:val="24"/>
          <w:szCs w:val="24"/>
          <w:lang w:val="pl-PL"/>
        </w:rPr>
        <w:t>w przypadku zaistnienia przyczyn siły wyższej i zdarzeń losowych.</w:t>
      </w:r>
    </w:p>
    <w:p w14:paraId="5FF31BEA" w14:textId="6FACA3E9" w:rsidR="00734EB0" w:rsidRPr="00840B49" w:rsidRDefault="4B1C005A">
      <w:pPr>
        <w:spacing w:after="80"/>
        <w:rPr>
          <w:rFonts w:ascii="Calibri" w:hAnsi="Calibri" w:cs="Calibri"/>
          <w:sz w:val="24"/>
          <w:szCs w:val="24"/>
          <w:lang w:val="pl-PL"/>
        </w:rPr>
      </w:pPr>
      <w:r w:rsidRPr="1EFEAFA8">
        <w:rPr>
          <w:rFonts w:ascii="Calibri" w:hAnsi="Calibri" w:cs="Calibri"/>
          <w:sz w:val="24"/>
          <w:szCs w:val="24"/>
          <w:lang w:val="pl-PL"/>
        </w:rPr>
        <w:t>5</w:t>
      </w:r>
      <w:r w:rsidR="5C540A09" w:rsidRPr="1EFEAFA8">
        <w:rPr>
          <w:rFonts w:ascii="Calibri" w:hAnsi="Calibri" w:cs="Calibri"/>
          <w:sz w:val="24"/>
          <w:szCs w:val="24"/>
          <w:lang w:val="pl-PL"/>
        </w:rPr>
        <w:t xml:space="preserve">. </w:t>
      </w:r>
      <w:r w:rsidR="5C540A09" w:rsidRPr="1EFEAFA8">
        <w:rPr>
          <w:rFonts w:ascii="Calibri" w:hAnsi="Calibri" w:cs="Calibri"/>
          <w:b/>
          <w:bCs/>
          <w:sz w:val="24"/>
          <w:szCs w:val="24"/>
          <w:lang w:val="pl-PL"/>
        </w:rPr>
        <w:t>Organizator</w:t>
      </w:r>
      <w:r w:rsidR="5C540A09" w:rsidRPr="1EFEAFA8">
        <w:rPr>
          <w:rFonts w:ascii="Calibri" w:hAnsi="Calibri" w:cs="Calibri"/>
          <w:sz w:val="24"/>
          <w:szCs w:val="24"/>
          <w:lang w:val="pl-PL"/>
        </w:rPr>
        <w:t xml:space="preserve"> nie ponosi odpowiedzialności za rzeczy należące</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do Uczestnika/</w:t>
      </w:r>
      <w:proofErr w:type="spellStart"/>
      <w:r w:rsidR="5C540A09" w:rsidRPr="1EFEAFA8">
        <w:rPr>
          <w:rFonts w:ascii="Calibri" w:hAnsi="Calibri" w:cs="Calibri"/>
          <w:sz w:val="24"/>
          <w:szCs w:val="24"/>
          <w:lang w:val="pl-PL"/>
        </w:rPr>
        <w:t>czki</w:t>
      </w:r>
      <w:proofErr w:type="spellEnd"/>
      <w:r w:rsidR="5C540A09" w:rsidRPr="1EFEAFA8">
        <w:rPr>
          <w:rFonts w:ascii="Calibri" w:hAnsi="Calibri" w:cs="Calibri"/>
          <w:sz w:val="24"/>
          <w:szCs w:val="24"/>
          <w:lang w:val="pl-PL"/>
        </w:rPr>
        <w:t>, które mogą zostać zgubione, zniszczone lub skradzione</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podczas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w:t>
      </w:r>
    </w:p>
    <w:p w14:paraId="645841DC" w14:textId="04A37524" w:rsidR="00734EB0" w:rsidRPr="00840B49" w:rsidRDefault="457CB0E4">
      <w:pPr>
        <w:spacing w:after="80"/>
      </w:pPr>
      <w:r w:rsidRPr="1EFEAFA8">
        <w:rPr>
          <w:rFonts w:ascii="Calibri" w:hAnsi="Calibri" w:cs="Calibri"/>
          <w:sz w:val="24"/>
          <w:szCs w:val="24"/>
          <w:lang w:val="pl-PL"/>
        </w:rPr>
        <w:t>6</w:t>
      </w:r>
      <w:r w:rsidR="5C540A09" w:rsidRPr="1EFEAFA8">
        <w:rPr>
          <w:rFonts w:ascii="Calibri" w:hAnsi="Calibri" w:cs="Calibri"/>
          <w:sz w:val="24"/>
          <w:szCs w:val="24"/>
          <w:lang w:val="pl-PL"/>
        </w:rPr>
        <w:t xml:space="preserve">. </w:t>
      </w:r>
      <w:r w:rsidR="5C540A09" w:rsidRPr="1EFEAFA8">
        <w:rPr>
          <w:rFonts w:ascii="Calibri" w:hAnsi="Calibri" w:cs="Calibri"/>
          <w:b/>
          <w:bCs/>
          <w:sz w:val="24"/>
          <w:szCs w:val="24"/>
          <w:lang w:val="pl-PL"/>
        </w:rPr>
        <w:t>Organizator</w:t>
      </w:r>
      <w:r w:rsidR="5C540A09" w:rsidRPr="1EFEAFA8">
        <w:rPr>
          <w:rFonts w:ascii="Calibri" w:hAnsi="Calibri" w:cs="Calibri"/>
          <w:sz w:val="24"/>
          <w:szCs w:val="24"/>
          <w:lang w:val="pl-PL"/>
        </w:rPr>
        <w:t xml:space="preserve"> informuje, że utrwala przebieg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xml:space="preserve"> dla celów</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dokumentacji oraz promocji Organizatora</w:t>
      </w:r>
      <w:r w:rsidR="77814D76" w:rsidRPr="1EFEAFA8">
        <w:rPr>
          <w:rFonts w:ascii="Calibri" w:hAnsi="Calibri" w:cs="Calibri"/>
          <w:sz w:val="24"/>
          <w:szCs w:val="24"/>
          <w:lang w:val="pl-PL"/>
        </w:rPr>
        <w:t xml:space="preserve"> oraz Ministerstwa Kultury i Dziedzictwa Narodowego</w:t>
      </w:r>
      <w:r w:rsidR="7AB1747D" w:rsidRPr="1EFEAFA8">
        <w:rPr>
          <w:rFonts w:ascii="Calibri" w:hAnsi="Calibri" w:cs="Calibri"/>
          <w:sz w:val="24"/>
          <w:szCs w:val="24"/>
          <w:lang w:val="pl-PL"/>
        </w:rPr>
        <w:t xml:space="preserve"> (</w:t>
      </w:r>
      <w:proofErr w:type="spellStart"/>
      <w:r w:rsidR="7AB1747D" w:rsidRPr="1EFEAFA8">
        <w:rPr>
          <w:rFonts w:ascii="Calibri" w:hAnsi="Calibri" w:cs="Calibri"/>
          <w:sz w:val="24"/>
          <w:szCs w:val="24"/>
          <w:lang w:val="pl-PL"/>
        </w:rPr>
        <w:t>MKiDN</w:t>
      </w:r>
      <w:proofErr w:type="spellEnd"/>
      <w:r w:rsidR="7AB1747D" w:rsidRPr="1EFEAFA8">
        <w:rPr>
          <w:rFonts w:ascii="Calibri" w:hAnsi="Calibri" w:cs="Calibri"/>
          <w:sz w:val="24"/>
          <w:szCs w:val="24"/>
          <w:lang w:val="pl-PL"/>
        </w:rPr>
        <w:t>)</w:t>
      </w:r>
      <w:r w:rsidR="77814D76" w:rsidRPr="1EFEAFA8">
        <w:rPr>
          <w:rFonts w:ascii="Calibri" w:hAnsi="Calibri" w:cs="Calibri"/>
          <w:sz w:val="24"/>
          <w:szCs w:val="24"/>
          <w:lang w:val="pl-PL"/>
        </w:rPr>
        <w:t xml:space="preserve"> i Narodowego Centrum Kultury</w:t>
      </w:r>
      <w:r w:rsidR="0C8D637C" w:rsidRPr="1EFEAFA8">
        <w:rPr>
          <w:rFonts w:ascii="Calibri" w:hAnsi="Calibri" w:cs="Calibri"/>
          <w:sz w:val="24"/>
          <w:szCs w:val="24"/>
          <w:lang w:val="pl-PL"/>
        </w:rPr>
        <w:t xml:space="preserve"> (NCK)</w:t>
      </w:r>
      <w:r w:rsidR="5C540A09" w:rsidRPr="1EFEAFA8">
        <w:rPr>
          <w:rFonts w:ascii="Calibri" w:hAnsi="Calibri" w:cs="Calibri"/>
          <w:sz w:val="24"/>
          <w:szCs w:val="24"/>
          <w:lang w:val="pl-PL"/>
        </w:rPr>
        <w:t>, a Wizerunek osób</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przebywających na terenie </w:t>
      </w:r>
      <w:r w:rsidR="5C540A09" w:rsidRPr="1EFEAFA8">
        <w:rPr>
          <w:rFonts w:ascii="Calibri" w:hAnsi="Calibri" w:cs="Calibri"/>
          <w:b/>
          <w:bCs/>
          <w:sz w:val="24"/>
          <w:szCs w:val="24"/>
          <w:lang w:val="pl-PL"/>
        </w:rPr>
        <w:t>Wydarzenia</w:t>
      </w:r>
      <w:r w:rsidR="5C540A09" w:rsidRPr="1EFEAFA8">
        <w:rPr>
          <w:rFonts w:ascii="Calibri" w:hAnsi="Calibri" w:cs="Calibri"/>
          <w:sz w:val="24"/>
          <w:szCs w:val="24"/>
          <w:lang w:val="pl-PL"/>
        </w:rPr>
        <w:t xml:space="preserve"> może zostać utrwalony, a następnie</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rozpowszechniany dla celów dokumentacyjnych, sprawozdawczych</w:t>
      </w:r>
      <w:r w:rsidR="6118E3A3" w:rsidRPr="1EFEAFA8">
        <w:rPr>
          <w:rFonts w:ascii="Calibri" w:hAnsi="Calibri" w:cs="Calibri"/>
          <w:sz w:val="24"/>
          <w:szCs w:val="24"/>
          <w:lang w:val="pl-PL"/>
        </w:rPr>
        <w:t xml:space="preserve"> </w:t>
      </w:r>
      <w:r w:rsidR="5C540A09" w:rsidRPr="1EFEAFA8">
        <w:rPr>
          <w:rFonts w:ascii="Calibri" w:hAnsi="Calibri" w:cs="Calibri"/>
          <w:sz w:val="24"/>
          <w:szCs w:val="24"/>
          <w:lang w:val="pl-PL"/>
        </w:rPr>
        <w:t xml:space="preserve">oraz promocyjnych </w:t>
      </w:r>
      <w:proofErr w:type="spellStart"/>
      <w:r w:rsidR="5C540A09" w:rsidRPr="1EFEAFA8">
        <w:rPr>
          <w:rFonts w:ascii="Calibri" w:hAnsi="Calibri" w:cs="Calibri"/>
          <w:sz w:val="24"/>
          <w:szCs w:val="24"/>
          <w:lang w:val="pl-PL"/>
        </w:rPr>
        <w:t>Organizatora</w:t>
      </w:r>
      <w:r w:rsidR="550212C1" w:rsidRPr="1EFEAFA8">
        <w:rPr>
          <w:rFonts w:ascii="Calibri" w:hAnsi="Calibri" w:cs="Calibri"/>
          <w:sz w:val="24"/>
          <w:szCs w:val="24"/>
          <w:lang w:val="pl-PL"/>
        </w:rPr>
        <w:t>,</w:t>
      </w:r>
      <w:r w:rsidR="12CC4DA0" w:rsidRPr="1EFEAFA8">
        <w:rPr>
          <w:rFonts w:ascii="Calibri" w:hAnsi="Calibri" w:cs="Calibri"/>
          <w:sz w:val="24"/>
          <w:szCs w:val="24"/>
          <w:lang w:val="pl-PL"/>
        </w:rPr>
        <w:t>MKiDN</w:t>
      </w:r>
      <w:proofErr w:type="spellEnd"/>
      <w:r w:rsidR="12CC4DA0" w:rsidRPr="1EFEAFA8">
        <w:rPr>
          <w:rFonts w:ascii="Calibri" w:hAnsi="Calibri" w:cs="Calibri"/>
          <w:sz w:val="24"/>
          <w:szCs w:val="24"/>
          <w:lang w:val="pl-PL"/>
        </w:rPr>
        <w:t xml:space="preserve"> i NCK</w:t>
      </w:r>
      <w:r w:rsidR="5C540A09" w:rsidRPr="1EFEAFA8">
        <w:rPr>
          <w:rFonts w:ascii="Calibri" w:hAnsi="Calibri" w:cs="Calibri"/>
          <w:sz w:val="24"/>
          <w:szCs w:val="24"/>
          <w:lang w:val="pl-PL"/>
        </w:rPr>
        <w:t xml:space="preserve">. </w:t>
      </w:r>
    </w:p>
    <w:p w14:paraId="3966A3F8" w14:textId="334C3172" w:rsidR="00734EB0" w:rsidRPr="00840B49" w:rsidRDefault="3555C4F1">
      <w:pPr>
        <w:spacing w:after="80"/>
        <w:rPr>
          <w:rFonts w:ascii="Calibri" w:hAnsi="Calibri" w:cs="Calibri"/>
          <w:sz w:val="24"/>
          <w:szCs w:val="24"/>
          <w:lang w:val="pl-PL"/>
        </w:rPr>
      </w:pPr>
      <w:r w:rsidRPr="3555C4F1">
        <w:rPr>
          <w:rFonts w:ascii="Calibri" w:hAnsi="Calibri" w:cs="Calibri"/>
          <w:sz w:val="24"/>
          <w:szCs w:val="24"/>
          <w:lang w:val="pl-PL"/>
        </w:rPr>
        <w:t xml:space="preserve">7. Uczestnik poprzez akceptację niniejszego Regulaminu i wstęp na teren </w:t>
      </w:r>
      <w:r w:rsidRPr="3555C4F1">
        <w:rPr>
          <w:rFonts w:ascii="Calibri" w:hAnsi="Calibri" w:cs="Calibri"/>
          <w:b/>
          <w:bCs/>
          <w:sz w:val="24"/>
          <w:szCs w:val="24"/>
          <w:lang w:val="pl-PL"/>
        </w:rPr>
        <w:t>Wydarzenia</w:t>
      </w:r>
      <w:r w:rsidRPr="3555C4F1">
        <w:rPr>
          <w:rFonts w:ascii="Calibri" w:hAnsi="Calibri" w:cs="Calibri"/>
          <w:sz w:val="24"/>
          <w:szCs w:val="24"/>
          <w:lang w:val="pl-PL"/>
        </w:rPr>
        <w:t xml:space="preserve"> wyraża zgodę na utrwalenie jego wizerunku, a następnie jego wielokrotne rozpowszechnienie w ramach tej dokumentacji, w tym również na nieodpłatne rozpowszechnienie na stronach internetowych, w </w:t>
      </w:r>
      <w:proofErr w:type="spellStart"/>
      <w:r w:rsidRPr="3555C4F1">
        <w:rPr>
          <w:rFonts w:ascii="Calibri" w:hAnsi="Calibri" w:cs="Calibri"/>
          <w:sz w:val="24"/>
          <w:szCs w:val="24"/>
          <w:lang w:val="pl-PL"/>
        </w:rPr>
        <w:t>social</w:t>
      </w:r>
      <w:proofErr w:type="spellEnd"/>
      <w:r w:rsidRPr="3555C4F1">
        <w:rPr>
          <w:rFonts w:ascii="Calibri" w:hAnsi="Calibri" w:cs="Calibri"/>
          <w:sz w:val="24"/>
          <w:szCs w:val="24"/>
          <w:lang w:val="pl-PL"/>
        </w:rPr>
        <w:t xml:space="preserve"> mediach, w powstałych publikacjach oraz za pośrednictwem wszelkich pozostałych mediów/kanałów dystrybucji informacji w kontekście </w:t>
      </w:r>
      <w:r w:rsidRPr="3555C4F1">
        <w:rPr>
          <w:rFonts w:ascii="Calibri" w:hAnsi="Calibri" w:cs="Calibri"/>
          <w:b/>
          <w:bCs/>
          <w:sz w:val="24"/>
          <w:szCs w:val="24"/>
          <w:lang w:val="pl-PL"/>
        </w:rPr>
        <w:t>Wydarzenia oraz Programu Bardzo Młoda Kultura 2026-2028.</w:t>
      </w:r>
    </w:p>
    <w:p w14:paraId="31AD4247" w14:textId="6B52FD7C"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 xml:space="preserve">8. W miejscu </w:t>
      </w:r>
      <w:r w:rsidRPr="1EFEAFA8">
        <w:rPr>
          <w:rFonts w:ascii="Calibri" w:hAnsi="Calibri" w:cs="Calibri"/>
          <w:b/>
          <w:bCs/>
          <w:sz w:val="24"/>
          <w:szCs w:val="24"/>
          <w:lang w:val="pl-PL"/>
        </w:rPr>
        <w:t>Wydarzenia</w:t>
      </w:r>
      <w:r w:rsidRPr="1EFEAFA8">
        <w:rPr>
          <w:rFonts w:ascii="Calibri" w:hAnsi="Calibri" w:cs="Calibri"/>
          <w:sz w:val="24"/>
          <w:szCs w:val="24"/>
          <w:lang w:val="pl-PL"/>
        </w:rPr>
        <w:t xml:space="preserve"> obowiązuje całkowity zakaz palenia.</w:t>
      </w:r>
    </w:p>
    <w:p w14:paraId="2ECDCE24" w14:textId="6D305B37" w:rsidR="00734EB0" w:rsidRPr="00840B49" w:rsidRDefault="5C540A09">
      <w:pPr>
        <w:spacing w:after="80"/>
        <w:rPr>
          <w:rFonts w:ascii="Calibri" w:hAnsi="Calibri" w:cs="Calibri"/>
          <w:sz w:val="24"/>
          <w:szCs w:val="24"/>
          <w:lang w:val="pl-PL"/>
        </w:rPr>
      </w:pPr>
      <w:r w:rsidRPr="1EFEAFA8">
        <w:rPr>
          <w:rFonts w:ascii="Calibri" w:hAnsi="Calibri" w:cs="Calibri"/>
          <w:sz w:val="24"/>
          <w:szCs w:val="24"/>
          <w:lang w:val="pl-PL"/>
        </w:rPr>
        <w:t>9. Uczestnicy/</w:t>
      </w:r>
      <w:proofErr w:type="spellStart"/>
      <w:r w:rsidRPr="1EFEAFA8">
        <w:rPr>
          <w:rFonts w:ascii="Calibri" w:hAnsi="Calibri" w:cs="Calibri"/>
          <w:sz w:val="24"/>
          <w:szCs w:val="24"/>
          <w:lang w:val="pl-PL"/>
        </w:rPr>
        <w:t>czki</w:t>
      </w:r>
      <w:proofErr w:type="spellEnd"/>
      <w:r w:rsidRPr="1EFEAFA8">
        <w:rPr>
          <w:rFonts w:ascii="Calibri" w:hAnsi="Calibri" w:cs="Calibri"/>
          <w:sz w:val="24"/>
          <w:szCs w:val="24"/>
          <w:lang w:val="pl-PL"/>
        </w:rPr>
        <w:t xml:space="preserve"> nie stosujący się do poleceń </w:t>
      </w:r>
      <w:r w:rsidRPr="1EFEAFA8">
        <w:rPr>
          <w:rFonts w:ascii="Calibri" w:hAnsi="Calibri" w:cs="Calibri"/>
          <w:b/>
          <w:bCs/>
          <w:sz w:val="24"/>
          <w:szCs w:val="24"/>
          <w:lang w:val="pl-PL"/>
        </w:rPr>
        <w:t>Organizatora</w:t>
      </w:r>
      <w:r w:rsidRPr="1EFEAFA8">
        <w:rPr>
          <w:rFonts w:ascii="Calibri" w:hAnsi="Calibri" w:cs="Calibri"/>
          <w:sz w:val="24"/>
          <w:szCs w:val="24"/>
          <w:lang w:val="pl-PL"/>
        </w:rPr>
        <w:t>, w przypadku</w:t>
      </w:r>
      <w:r w:rsidR="21830CDA" w:rsidRPr="1EFEAFA8">
        <w:rPr>
          <w:rFonts w:ascii="Calibri" w:hAnsi="Calibri" w:cs="Calibri"/>
          <w:sz w:val="24"/>
          <w:szCs w:val="24"/>
          <w:lang w:val="pl-PL"/>
        </w:rPr>
        <w:t xml:space="preserve"> </w:t>
      </w:r>
      <w:r w:rsidRPr="1EFEAFA8">
        <w:rPr>
          <w:rFonts w:ascii="Calibri" w:hAnsi="Calibri" w:cs="Calibri"/>
          <w:sz w:val="24"/>
          <w:szCs w:val="24"/>
          <w:lang w:val="pl-PL"/>
        </w:rPr>
        <w:t>naruszenia niniejszego Regulaminu lub stwarzania zagrożenia dla innych</w:t>
      </w:r>
      <w:r w:rsidR="21830CDA" w:rsidRPr="1EFEAFA8">
        <w:rPr>
          <w:rFonts w:ascii="Calibri" w:hAnsi="Calibri" w:cs="Calibri"/>
          <w:sz w:val="24"/>
          <w:szCs w:val="24"/>
          <w:lang w:val="pl-PL"/>
        </w:rPr>
        <w:t xml:space="preserve"> </w:t>
      </w:r>
      <w:r w:rsidRPr="1EFEAFA8">
        <w:rPr>
          <w:rFonts w:ascii="Calibri" w:hAnsi="Calibri" w:cs="Calibri"/>
          <w:sz w:val="24"/>
          <w:szCs w:val="24"/>
          <w:lang w:val="pl-PL"/>
        </w:rPr>
        <w:t xml:space="preserve">widzów, zostaną poproszeni o opuszczenie miejsca </w:t>
      </w:r>
      <w:r w:rsidRPr="1EFEAFA8">
        <w:rPr>
          <w:rFonts w:ascii="Calibri" w:hAnsi="Calibri" w:cs="Calibri"/>
          <w:b/>
          <w:bCs/>
          <w:sz w:val="24"/>
          <w:szCs w:val="24"/>
          <w:lang w:val="pl-PL"/>
        </w:rPr>
        <w:t>Wydarzenia</w:t>
      </w:r>
      <w:r w:rsidRPr="1EFEAFA8">
        <w:rPr>
          <w:rFonts w:ascii="Calibri" w:hAnsi="Calibri" w:cs="Calibri"/>
          <w:sz w:val="24"/>
          <w:szCs w:val="24"/>
          <w:lang w:val="pl-PL"/>
        </w:rPr>
        <w:t>.</w:t>
      </w:r>
    </w:p>
    <w:p w14:paraId="6CB58F5A" w14:textId="77777777" w:rsidR="00840B49" w:rsidRDefault="00840B49">
      <w:pPr>
        <w:spacing w:after="80"/>
        <w:rPr>
          <w:rFonts w:ascii="Calibri" w:hAnsi="Calibri" w:cs="Calibri"/>
          <w:sz w:val="24"/>
          <w:szCs w:val="24"/>
          <w:lang w:val="pl-PL"/>
        </w:rPr>
      </w:pPr>
    </w:p>
    <w:p w14:paraId="2450F89D" w14:textId="77777777" w:rsidR="00840B49" w:rsidRPr="00840B49" w:rsidRDefault="00840B49">
      <w:pPr>
        <w:spacing w:after="80"/>
        <w:rPr>
          <w:rFonts w:ascii="Calibri" w:hAnsi="Calibri" w:cs="Calibri"/>
          <w:sz w:val="24"/>
          <w:szCs w:val="24"/>
          <w:lang w:val="pl-PL"/>
        </w:rPr>
      </w:pPr>
    </w:p>
    <w:p w14:paraId="286A06FB" w14:textId="77777777" w:rsidR="00734EB0" w:rsidRPr="00840B49" w:rsidRDefault="00E36813">
      <w:pPr>
        <w:spacing w:after="80"/>
        <w:rPr>
          <w:rFonts w:ascii="Calibri" w:hAnsi="Calibri" w:cs="Calibri"/>
          <w:sz w:val="24"/>
          <w:szCs w:val="24"/>
          <w:lang w:val="pl-PL"/>
        </w:rPr>
      </w:pPr>
      <w:r w:rsidRPr="00840B49">
        <w:rPr>
          <w:rFonts w:ascii="Calibri" w:hAnsi="Calibri" w:cs="Calibri"/>
          <w:b/>
          <w:sz w:val="24"/>
          <w:szCs w:val="24"/>
          <w:lang w:val="pl-PL"/>
        </w:rPr>
        <w:t>VII. POSTANOWIENIA KOŃCOWE</w:t>
      </w:r>
    </w:p>
    <w:p w14:paraId="069AA51A" w14:textId="77777777" w:rsidR="00734EB0" w:rsidRPr="00840B49" w:rsidRDefault="00E36813">
      <w:pPr>
        <w:spacing w:after="80"/>
        <w:rPr>
          <w:rFonts w:ascii="Calibri" w:hAnsi="Calibri" w:cs="Calibri"/>
          <w:sz w:val="24"/>
          <w:szCs w:val="24"/>
          <w:lang w:val="pl-PL"/>
        </w:rPr>
      </w:pPr>
      <w:r w:rsidRPr="00840B49">
        <w:rPr>
          <w:rFonts w:ascii="Calibri" w:hAnsi="Calibri" w:cs="Calibri"/>
          <w:sz w:val="24"/>
          <w:szCs w:val="24"/>
          <w:lang w:val="pl-PL"/>
        </w:rPr>
        <w:t>1. Niniejszy Regulamin jest dostępny na stronie internetowej www.nck.org.pl</w:t>
      </w:r>
    </w:p>
    <w:p w14:paraId="640018A2" w14:textId="01E8729D" w:rsidR="00840B49" w:rsidRPr="00840B49" w:rsidRDefault="5C540A09" w:rsidP="00840B49">
      <w:pPr>
        <w:rPr>
          <w:rFonts w:ascii="Calibri" w:hAnsi="Calibri" w:cs="Calibri"/>
          <w:sz w:val="24"/>
          <w:szCs w:val="24"/>
          <w:lang w:val="pl-PL"/>
        </w:rPr>
      </w:pPr>
      <w:r w:rsidRPr="1EFEAFA8">
        <w:rPr>
          <w:rFonts w:ascii="Calibri" w:hAnsi="Calibri" w:cs="Calibri"/>
          <w:sz w:val="24"/>
          <w:szCs w:val="24"/>
          <w:lang w:val="pl-PL"/>
        </w:rPr>
        <w:t xml:space="preserve">2. </w:t>
      </w:r>
      <w:r w:rsidRPr="1EFEAFA8">
        <w:rPr>
          <w:rFonts w:ascii="Calibri" w:hAnsi="Calibri" w:cs="Calibri"/>
          <w:b/>
          <w:bCs/>
          <w:sz w:val="24"/>
          <w:szCs w:val="24"/>
          <w:lang w:val="pl-PL"/>
        </w:rPr>
        <w:t>Organizatorowi</w:t>
      </w:r>
      <w:r w:rsidRPr="1EFEAFA8">
        <w:rPr>
          <w:rFonts w:ascii="Calibri" w:hAnsi="Calibri" w:cs="Calibri"/>
          <w:sz w:val="24"/>
          <w:szCs w:val="24"/>
          <w:lang w:val="pl-PL"/>
        </w:rPr>
        <w:t xml:space="preserve"> przysługuje prawo zmiany niniejszego Regulaminu,</w:t>
      </w:r>
      <w:r w:rsidR="21830CDA" w:rsidRPr="1EFEAFA8">
        <w:rPr>
          <w:rFonts w:ascii="Calibri" w:hAnsi="Calibri" w:cs="Calibri"/>
          <w:sz w:val="24"/>
          <w:szCs w:val="24"/>
          <w:lang w:val="pl-PL"/>
        </w:rPr>
        <w:t xml:space="preserve"> </w:t>
      </w:r>
      <w:r w:rsidRPr="1EFEAFA8">
        <w:rPr>
          <w:rFonts w:ascii="Calibri" w:hAnsi="Calibri" w:cs="Calibri"/>
          <w:sz w:val="24"/>
          <w:szCs w:val="24"/>
          <w:lang w:val="pl-PL"/>
        </w:rPr>
        <w:t>w szczególności</w:t>
      </w:r>
      <w:r w:rsidR="5B06E418" w:rsidRPr="1EFEAFA8">
        <w:rPr>
          <w:rFonts w:ascii="Calibri" w:hAnsi="Calibri" w:cs="Calibri"/>
          <w:sz w:val="24"/>
          <w:szCs w:val="24"/>
          <w:lang w:val="pl-PL"/>
        </w:rPr>
        <w:t>,</w:t>
      </w:r>
      <w:r w:rsidRPr="1EFEAFA8">
        <w:rPr>
          <w:rFonts w:ascii="Calibri" w:hAnsi="Calibri" w:cs="Calibri"/>
          <w:sz w:val="24"/>
          <w:szCs w:val="24"/>
          <w:lang w:val="pl-PL"/>
        </w:rPr>
        <w:t xml:space="preserve"> z uwagi na potrzebę zapewnienia prawidłowego</w:t>
      </w:r>
      <w:r w:rsidR="21830CDA" w:rsidRPr="1EFEAFA8">
        <w:rPr>
          <w:rFonts w:ascii="Calibri" w:hAnsi="Calibri" w:cs="Calibri"/>
          <w:sz w:val="24"/>
          <w:szCs w:val="24"/>
          <w:lang w:val="pl-PL"/>
        </w:rPr>
        <w:t xml:space="preserve"> </w:t>
      </w:r>
      <w:r w:rsidRPr="1EFEAFA8">
        <w:rPr>
          <w:rFonts w:ascii="Calibri" w:hAnsi="Calibri" w:cs="Calibri"/>
          <w:sz w:val="24"/>
          <w:szCs w:val="24"/>
          <w:lang w:val="pl-PL"/>
        </w:rPr>
        <w:t xml:space="preserve">przebiegu </w:t>
      </w:r>
      <w:r w:rsidRPr="1EFEAFA8">
        <w:rPr>
          <w:rFonts w:ascii="Calibri" w:hAnsi="Calibri" w:cs="Calibri"/>
          <w:b/>
          <w:bCs/>
          <w:sz w:val="24"/>
          <w:szCs w:val="24"/>
          <w:lang w:val="pl-PL"/>
        </w:rPr>
        <w:t>Wydarzenia</w:t>
      </w:r>
      <w:r w:rsidRPr="1EFEAFA8">
        <w:rPr>
          <w:rFonts w:ascii="Calibri" w:hAnsi="Calibri" w:cs="Calibri"/>
          <w:sz w:val="24"/>
          <w:szCs w:val="24"/>
          <w:lang w:val="pl-PL"/>
        </w:rPr>
        <w:t xml:space="preserve"> oraz bezpieczeństwa jego</w:t>
      </w:r>
      <w:r w:rsidR="21830CDA" w:rsidRPr="1EFEAFA8">
        <w:rPr>
          <w:rFonts w:ascii="Calibri" w:hAnsi="Calibri" w:cs="Calibri"/>
          <w:sz w:val="24"/>
          <w:szCs w:val="24"/>
          <w:lang w:val="pl-PL"/>
        </w:rPr>
        <w:t xml:space="preserve"> </w:t>
      </w:r>
      <w:r w:rsidR="730BDCE5" w:rsidRPr="1EFEAFA8">
        <w:rPr>
          <w:rFonts w:ascii="Calibri" w:hAnsi="Calibri" w:cs="Calibri"/>
          <w:sz w:val="24"/>
          <w:szCs w:val="24"/>
          <w:lang w:val="pl-PL"/>
        </w:rPr>
        <w:t>U</w:t>
      </w:r>
      <w:r w:rsidRPr="1EFEAFA8">
        <w:rPr>
          <w:rFonts w:ascii="Calibri" w:hAnsi="Calibri" w:cs="Calibri"/>
          <w:sz w:val="24"/>
          <w:szCs w:val="24"/>
          <w:lang w:val="pl-PL"/>
        </w:rPr>
        <w:t>czestnikom/</w:t>
      </w:r>
      <w:proofErr w:type="spellStart"/>
      <w:r w:rsidRPr="1EFEAFA8">
        <w:rPr>
          <w:rFonts w:ascii="Calibri" w:hAnsi="Calibri" w:cs="Calibri"/>
          <w:sz w:val="24"/>
          <w:szCs w:val="24"/>
          <w:lang w:val="pl-PL"/>
        </w:rPr>
        <w:t>czkom</w:t>
      </w:r>
      <w:proofErr w:type="spellEnd"/>
      <w:r w:rsidRPr="1EFEAFA8">
        <w:rPr>
          <w:rFonts w:ascii="Calibri" w:hAnsi="Calibri" w:cs="Calibri"/>
          <w:sz w:val="24"/>
          <w:szCs w:val="24"/>
          <w:lang w:val="pl-PL"/>
        </w:rPr>
        <w:t>.</w:t>
      </w:r>
    </w:p>
    <w:p w14:paraId="60BE3A3F" w14:textId="5C32FBE0" w:rsidR="00734EB0" w:rsidRPr="00840B49" w:rsidRDefault="5C540A09" w:rsidP="1EFEAFA8">
      <w:r w:rsidRPr="1EFEAFA8">
        <w:rPr>
          <w:rFonts w:ascii="Calibri" w:hAnsi="Calibri" w:cs="Calibri"/>
          <w:sz w:val="24"/>
          <w:szCs w:val="24"/>
          <w:lang w:val="pl-PL"/>
        </w:rPr>
        <w:t xml:space="preserve">3. Regulamin obowiązuje od dnia </w:t>
      </w:r>
      <w:r w:rsidR="42882C02" w:rsidRPr="1EFEAFA8">
        <w:rPr>
          <w:rFonts w:ascii="Calibri" w:hAnsi="Calibri" w:cs="Calibri"/>
          <w:sz w:val="24"/>
          <w:szCs w:val="24"/>
          <w:lang w:val="pl-PL"/>
        </w:rPr>
        <w:t>22 września</w:t>
      </w:r>
      <w:r w:rsidRPr="1EFEAFA8">
        <w:rPr>
          <w:rFonts w:ascii="Calibri" w:hAnsi="Calibri" w:cs="Calibri"/>
          <w:sz w:val="24"/>
          <w:szCs w:val="24"/>
          <w:lang w:val="pl-PL"/>
        </w:rPr>
        <w:t xml:space="preserve"> 2026 r.</w:t>
      </w:r>
    </w:p>
    <w:p w14:paraId="465B5F34" w14:textId="619DF6FB" w:rsidR="3F1BDCF8" w:rsidRDefault="3F1BDCF8" w:rsidP="1EFEAFA8">
      <w:r w:rsidRPr="1EFEAFA8">
        <w:rPr>
          <w:rFonts w:ascii="Calibri" w:hAnsi="Calibri" w:cs="Calibri"/>
          <w:sz w:val="24"/>
          <w:szCs w:val="24"/>
          <w:lang w:val="pl-PL"/>
        </w:rPr>
        <w:t>4. Załącznikiem do niniejszego Regulaminu są Klauzule RODO.</w:t>
      </w:r>
    </w:p>
    <w:p w14:paraId="3F4DD947" w14:textId="6940C976" w:rsidR="1EFEAFA8" w:rsidRDefault="1EFEAFA8" w:rsidP="1EFEAFA8">
      <w:pPr>
        <w:rPr>
          <w:rFonts w:ascii="Calibri" w:hAnsi="Calibri" w:cs="Calibri"/>
          <w:sz w:val="24"/>
          <w:szCs w:val="24"/>
          <w:lang w:val="pl-PL"/>
        </w:rPr>
      </w:pPr>
    </w:p>
    <w:p w14:paraId="6BE08A8B" w14:textId="41BB4332" w:rsidR="1EFEAFA8" w:rsidRDefault="1EFEAFA8" w:rsidP="1EFEAFA8">
      <w:pPr>
        <w:rPr>
          <w:rFonts w:ascii="Calibri" w:hAnsi="Calibri" w:cs="Calibri"/>
          <w:sz w:val="24"/>
          <w:szCs w:val="24"/>
          <w:lang w:val="pl-PL"/>
        </w:rPr>
      </w:pPr>
    </w:p>
    <w:p w14:paraId="72DC1839" w14:textId="77777777" w:rsidR="00840B49" w:rsidRPr="00840B49" w:rsidRDefault="00840B49">
      <w:pPr>
        <w:spacing w:after="80"/>
        <w:rPr>
          <w:rFonts w:ascii="Calibri" w:hAnsi="Calibri" w:cs="Calibri"/>
          <w:b/>
          <w:sz w:val="24"/>
          <w:szCs w:val="24"/>
          <w:lang w:val="pl-PL"/>
        </w:rPr>
      </w:pPr>
    </w:p>
    <w:p w14:paraId="1527287D" w14:textId="2F7EE324" w:rsidR="00840B49" w:rsidRPr="00840B49" w:rsidRDefault="2EF9B8E2" w:rsidP="1EFEAFA8">
      <w:pPr>
        <w:spacing w:after="160"/>
        <w:jc w:val="center"/>
      </w:pPr>
      <w:r w:rsidRPr="1EFEAFA8">
        <w:rPr>
          <w:rFonts w:ascii="Calibri" w:eastAsia="Calibri" w:hAnsi="Calibri" w:cs="Calibri"/>
          <w:color w:val="000000" w:themeColor="text1"/>
          <w:sz w:val="24"/>
          <w:szCs w:val="24"/>
          <w:lang w:val="pl-PL"/>
        </w:rPr>
        <w:t xml:space="preserve">Klauzula informacyjna </w:t>
      </w:r>
      <w:r w:rsidRPr="1EFEAFA8">
        <w:rPr>
          <w:rFonts w:ascii="Calibri" w:eastAsia="Calibri" w:hAnsi="Calibri" w:cs="Calibri"/>
          <w:b/>
          <w:bCs/>
          <w:color w:val="000000" w:themeColor="text1"/>
          <w:sz w:val="24"/>
          <w:szCs w:val="24"/>
          <w:lang w:val="pl-PL"/>
        </w:rPr>
        <w:t>Organizatora</w:t>
      </w:r>
    </w:p>
    <w:p w14:paraId="6D7F60A7" w14:textId="6687ECB1"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 xml:space="preserve">1. Administratorem danych jest Nadbałtyckie Centrum Kultury w Gdańsku, ul. Korzenna 33/35, 80-851 Gdańsk, tel. 58 301 10 51, e-mail: </w:t>
      </w:r>
      <w:hyperlink r:id="rId9">
        <w:r w:rsidRPr="1EFEAFA8">
          <w:rPr>
            <w:rStyle w:val="Hipercze"/>
            <w:color w:val="000000" w:themeColor="text1"/>
            <w:lang w:val="pl-PL"/>
          </w:rPr>
          <w:t>sekretariat@nck.org.pl</w:t>
        </w:r>
      </w:hyperlink>
      <w:r w:rsidRPr="1EFEAFA8">
        <w:rPr>
          <w:rFonts w:ascii="Calibri" w:eastAsia="Calibri" w:hAnsi="Calibri" w:cs="Calibri"/>
          <w:color w:val="000000" w:themeColor="text1"/>
          <w:sz w:val="24"/>
          <w:szCs w:val="24"/>
          <w:lang w:val="pl-PL"/>
        </w:rPr>
        <w:t>.</w:t>
      </w:r>
    </w:p>
    <w:p w14:paraId="200E1FCD" w14:textId="0A99D8B7"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 xml:space="preserve">2. Administrator wyznaczył Inspektora Ochrony Danych Osobowych, z którym można się kontaktować pod adresem: </w:t>
      </w:r>
      <w:hyperlink r:id="rId10">
        <w:r w:rsidRPr="1EFEAFA8">
          <w:rPr>
            <w:rStyle w:val="Hipercze"/>
            <w:color w:val="000000" w:themeColor="text1"/>
            <w:lang w:val="pl-PL"/>
          </w:rPr>
          <w:t>iod@nck.org.pl</w:t>
        </w:r>
      </w:hyperlink>
      <w:r w:rsidRPr="1EFEAFA8">
        <w:rPr>
          <w:rFonts w:ascii="Calibri" w:eastAsia="Calibri" w:hAnsi="Calibri" w:cs="Calibri"/>
          <w:color w:val="000000" w:themeColor="text1"/>
          <w:sz w:val="24"/>
          <w:szCs w:val="24"/>
          <w:lang w:val="pl-PL"/>
        </w:rPr>
        <w:t>.</w:t>
      </w:r>
    </w:p>
    <w:p w14:paraId="20903F08" w14:textId="79732B51" w:rsidR="00840B49" w:rsidRPr="00840B49" w:rsidRDefault="00840B49" w:rsidP="1EFEAFA8">
      <w:pPr>
        <w:spacing w:after="0"/>
        <w:jc w:val="both"/>
      </w:pPr>
    </w:p>
    <w:p w14:paraId="03A68624" w14:textId="05EC0279" w:rsidR="00840B49" w:rsidRPr="00840B49" w:rsidRDefault="2EF9B8E2" w:rsidP="1EFEAFA8">
      <w:pPr>
        <w:spacing w:after="0"/>
        <w:jc w:val="both"/>
      </w:pPr>
      <w:r w:rsidRPr="1EFEAFA8">
        <w:rPr>
          <w:rFonts w:ascii="Calibri" w:eastAsia="Calibri" w:hAnsi="Calibri" w:cs="Calibri"/>
          <w:color w:val="000000" w:themeColor="text1"/>
          <w:sz w:val="24"/>
          <w:szCs w:val="24"/>
          <w:lang w:val="pl-PL"/>
        </w:rPr>
        <w:t>3. Dane osobowe są przetwarzane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oraz ustawą z dnia 10 maja 2018 r. o ochronie danych osobowych (Dz. U. z 2019 r. poz. 1781 ze zm.) - w celu realizacji zawartej umowy.</w:t>
      </w:r>
    </w:p>
    <w:p w14:paraId="7D97DC12" w14:textId="56773335"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4. Pozyskane dane są wykorzystywane wyłącznie na potrzeby wykonywania obowiązków wynikających z przepisów podatkowych, księgowych, zabezpieczenia społecznego i ochrony socjalnej, sprawozdawczych.</w:t>
      </w:r>
    </w:p>
    <w:p w14:paraId="1AFFAF80" w14:textId="2159D390"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 xml:space="preserve">5. Dane będą przechowywane przez czas realizacji umowy, włączając obowiązkowy okres przechowywania określony w ustawie o narodowym zasobie archiwalnym i archiwach (Dz.U. 2020 poz. 164 ze </w:t>
      </w:r>
      <w:proofErr w:type="spellStart"/>
      <w:r w:rsidRPr="1EFEAFA8">
        <w:rPr>
          <w:rFonts w:ascii="Calibri" w:eastAsia="Calibri" w:hAnsi="Calibri" w:cs="Calibri"/>
          <w:color w:val="000000" w:themeColor="text1"/>
          <w:sz w:val="24"/>
          <w:szCs w:val="24"/>
          <w:lang w:val="pl-PL"/>
        </w:rPr>
        <w:t>zm</w:t>
      </w:r>
      <w:proofErr w:type="spellEnd"/>
      <w:r w:rsidRPr="1EFEAFA8">
        <w:rPr>
          <w:rFonts w:ascii="Calibri" w:eastAsia="Calibri" w:hAnsi="Calibri" w:cs="Calibri"/>
          <w:color w:val="000000" w:themeColor="text1"/>
          <w:sz w:val="24"/>
          <w:szCs w:val="24"/>
          <w:lang w:val="pl-PL"/>
        </w:rPr>
        <w:t>)</w:t>
      </w:r>
    </w:p>
    <w:p w14:paraId="62295BAA" w14:textId="611A576A"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6. Dane są przekazywane innym podmiotom na podstawie przepisów prawa lub zawartych umów powierzenia przetwarzania danych osobowych w celu wypełnienia przepisów podatkowych, przepisów dot. ubezpieczeń, sprawozdawczych oraz innych określonych w prawie.</w:t>
      </w:r>
    </w:p>
    <w:p w14:paraId="507EF648" w14:textId="635413F9"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7. Istnieje prawo dostępu do treści swoich danych osobowych, prawo do ich sprostowania, usunięcia, ograniczenia przetwarzania, przenoszenia, prawo do wniesienia sprzeciwu do ich przetwarzania. Powyższe można zrealizować kontaktując się z Administratorem danych pisemnie, mailowo lub telefonicznie.</w:t>
      </w:r>
    </w:p>
    <w:p w14:paraId="66A3B022" w14:textId="60EA0096"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8. W każdej chwili można cofnąć zgodę na przetwarzanie danych w sposób określony w pkt. 7. Wycofanie zgody nie wpływa na zgodność z prawem przetwarzania, którego dokonano na podstawie zgody przed jej wycofaniem.</w:t>
      </w:r>
    </w:p>
    <w:p w14:paraId="1FE53B2E" w14:textId="7EFFFC58"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9. Administrator nie zamierza przekazywać danych do państwa trzeciego ani do organizacji międzynarodowych.</w:t>
      </w:r>
    </w:p>
    <w:p w14:paraId="0665F09B" w14:textId="657AC7A5"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10. Podane dane nie podlegają procesowi zautomatyzowanego podejmowania decyzji, w tym profilowaniu.</w:t>
      </w:r>
    </w:p>
    <w:p w14:paraId="5D6E4C20" w14:textId="288AA40D"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11. W wypadku stwierdzenia, że przetwarzanie danych dokonuje się z naruszeniem prawa przysługuje prawo do wniesienia skargi do Prezesa Urzędu Ochrony Danych Osobowych, ul. Stawki 2, 00-193 Warszawa.</w:t>
      </w:r>
    </w:p>
    <w:p w14:paraId="4715D89D" w14:textId="3B7421CC" w:rsidR="00840B49" w:rsidRPr="00840B49" w:rsidRDefault="2EF9B8E2" w:rsidP="1EFEAFA8">
      <w:pPr>
        <w:spacing w:before="120" w:after="0"/>
        <w:jc w:val="both"/>
      </w:pPr>
      <w:r w:rsidRPr="1EFEAFA8">
        <w:rPr>
          <w:rFonts w:ascii="Calibri" w:eastAsia="Calibri" w:hAnsi="Calibri" w:cs="Calibri"/>
          <w:color w:val="000000" w:themeColor="text1"/>
          <w:sz w:val="24"/>
          <w:szCs w:val="24"/>
          <w:lang w:val="pl-PL"/>
        </w:rPr>
        <w:t>12. Podanie danych osobowych jest dobrowolne, jednakże niezbędne do realizacji celu ich przetwarzania. Podstawę prawną przetwarzania danych osobowych stanowi: art. 6 ust. 1 lit. b ogólnego rozporządzenia o ochronie danych, Kodeks cywilny, prawo podatkowe, ustawa o systemie ubezpieczeń społecznych. Konsekwencją niepodania danych osobowych jest brak możliwości realizacji zawartej umowy.</w:t>
      </w:r>
    </w:p>
    <w:p w14:paraId="7BD1C224" w14:textId="56E25B29" w:rsidR="00840B49" w:rsidRPr="00840B49" w:rsidRDefault="2EF9B8E2" w:rsidP="1EFEAFA8">
      <w:pPr>
        <w:tabs>
          <w:tab w:val="left" w:pos="571"/>
          <w:tab w:val="left" w:pos="573"/>
        </w:tabs>
        <w:spacing w:before="206" w:after="160"/>
        <w:ind w:left="573" w:right="142" w:hanging="361"/>
        <w:jc w:val="center"/>
      </w:pPr>
      <w:r w:rsidRPr="1EFEAFA8">
        <w:rPr>
          <w:rFonts w:ascii="Calibri" w:eastAsia="Calibri" w:hAnsi="Calibri" w:cs="Calibri"/>
          <w:color w:val="000000" w:themeColor="text1"/>
          <w:sz w:val="24"/>
          <w:szCs w:val="24"/>
          <w:lang w:val="pl-PL"/>
        </w:rPr>
        <w:t xml:space="preserve"> </w:t>
      </w:r>
    </w:p>
    <w:p w14:paraId="142C16A2" w14:textId="2F81F082" w:rsidR="00840B49" w:rsidRPr="00840B49" w:rsidRDefault="2EF9B8E2" w:rsidP="1EFEAFA8">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center"/>
      </w:pPr>
      <w:r w:rsidRPr="1EFEAFA8">
        <w:rPr>
          <w:rFonts w:ascii="Aptos" w:eastAsia="Aptos" w:hAnsi="Aptos" w:cs="Aptos"/>
          <w:b/>
          <w:bCs/>
          <w:color w:val="000000" w:themeColor="text1"/>
          <w:sz w:val="22"/>
          <w:lang w:val="pl-PL"/>
        </w:rPr>
        <w:t>Klauzula informacyjna Narodowego Centrum Kultury</w:t>
      </w:r>
    </w:p>
    <w:p w14:paraId="2B04DF07" w14:textId="6634545D"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Zgodnie z art. 13 ogólnego rozporządzenia o ochronie danych osobowych z dnia 26 kwietnia 2016 r. (Dz. Urz. UE L 2016, Nr 119, dalej RODO) informujemy, że:</w:t>
      </w:r>
    </w:p>
    <w:p w14:paraId="69C81AD7" w14:textId="7B354DD4"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1)</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administratorem danych osobowych Zleceniobiorcy jest Narodowe Centrum Kultury z siedzibą w Warszawie, ul. Płocka 13 (kod pocztowy: 01-231), tel.: 22 21 00 100;</w:t>
      </w:r>
    </w:p>
    <w:p w14:paraId="6970A11B" w14:textId="2739C3C0"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2)</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 xml:space="preserve">kontakt z Inspektorem Ochrony Danych w Narodowym Centrum Kultury możliwy jest pod adresem e-mail: </w:t>
      </w:r>
      <w:hyperlink r:id="rId11">
        <w:r w:rsidRPr="1EFEAFA8">
          <w:rPr>
            <w:rStyle w:val="Hipercze"/>
            <w:color w:val="467886"/>
            <w:lang w:val="pl-PL"/>
          </w:rPr>
          <w:t>iod@nck.pl</w:t>
        </w:r>
      </w:hyperlink>
      <w:r w:rsidRPr="1EFEAFA8">
        <w:rPr>
          <w:rFonts w:ascii="Aptos" w:eastAsia="Aptos" w:hAnsi="Aptos" w:cs="Aptos"/>
          <w:color w:val="000000" w:themeColor="text1"/>
          <w:sz w:val="22"/>
          <w:lang w:val="pl-PL"/>
        </w:rPr>
        <w:t>;</w:t>
      </w:r>
    </w:p>
    <w:p w14:paraId="4A8BE1EC" w14:textId="7073EC75"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3)</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dane osobowe:</w:t>
      </w:r>
    </w:p>
    <w:p w14:paraId="1CCEFDDC" w14:textId="7B363477"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a)</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osób wskazanych do reprezentacji Zleceniobiorcy przetwarzane będą w celu zawarcia, realizacji, kontroli i rozliczenia Umowy oraz realizacji Programu – na podstawie art. 6 ust. 1 lit. e RODO, tj. w związku z wykonywaniem zadania realizowanego w interesie publicznym, polegającego na realizacji zadań statutowych Narodowego Centrum Kultury, w szczególności w zakresie wspierania i finansowania działań w obszarze kultury, wynikających z przepisów prawa oraz statutu;,</w:t>
      </w:r>
    </w:p>
    <w:p w14:paraId="56D4530B" w14:textId="5894BF50"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b)</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osób zaangażowanych w realizację Zadania ze strony Zleceniobiorcy w tym osób wskazanych do udziału w ewaluacji jakości i efektywności działań przetwarzane będą – na podstawie art. 6 ust. 1 lit. f RODO;</w:t>
      </w:r>
    </w:p>
    <w:p w14:paraId="1D720ED6" w14:textId="05DA8FC2"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4)</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odbiorcami danych osobowych osób, których dane dotyczą, będą podmioty świadczące usługi na rzecz administratora w tym obsługi systemów i oprogramowania informatycznego administratora, zewnętrzne kancelarie prawne, operator wyznaczony do świadczenia publicznej usługi rejestrowanego doręczenia elektronicznego (e-Doręczenia) oraz podmioty uprawnione do uzyskania danych osobowych na podstawie przepisów prawa (w tym organy administracji publicznej);</w:t>
      </w:r>
    </w:p>
    <w:p w14:paraId="5E955202" w14:textId="35B1BA53"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5)</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w przypadkach określonych w przepisach RODO osoby, których dane dotyczą, posiadają prawo do żądania od administratora dostępu do danych osobowych, ich sprostowania, przenoszenia danych, usunięcia danych lub ograniczenia ich przetwarzania oraz prawo do sprzeciwu wobec ich przetwarzania;</w:t>
      </w:r>
    </w:p>
    <w:p w14:paraId="1CF4FBDB" w14:textId="5D483D02"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6)</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dane osobowe:</w:t>
      </w:r>
    </w:p>
    <w:p w14:paraId="6CACB187" w14:textId="51DCFBFE"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a)</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osób wskazanych do reprezentacji Zleceniobiorcy przetwarzane będą przez cały okres realizacji Umowy i jej rozliczenia, a następnie przechowywane będą w celu obowiązkowej archiwizacji dokumentacji finansowo-księgowej przez czas określony w odrębnych przepisach,</w:t>
      </w:r>
    </w:p>
    <w:p w14:paraId="2F2309D7" w14:textId="426B59B6"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b)</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osób zaangażowanych w realizację Zadania ze strony Zleceniobiorcy – w tym osób wskazanych do udziału w ewaluacji jakości i efektywności działań – przetwarzane będą przez cały okres realizacji Umowy i jej rozliczenia oraz realizacji ewaluacji działań, a następnie przechowywane będą w celu obowiązkowej archiwizacji dokumentacji finansowo-księgowej przez czas określony w odrębnych przepisach;</w:t>
      </w:r>
    </w:p>
    <w:p w14:paraId="0EFB37A8" w14:textId="363C6742"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7)</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osoby, których dane dotyczą, mają prawo wniesienia skargi do organu nadzorczego, tj. Prezesa Urzędu Ochrony Danych Osobowych;</w:t>
      </w:r>
    </w:p>
    <w:p w14:paraId="45CD31DF" w14:textId="078F8D7F"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8)</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podanie danych osobowych:</w:t>
      </w:r>
    </w:p>
    <w:p w14:paraId="27D9F72E" w14:textId="3B854CF5"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a)</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w celu zawarcia umowy ze Zleceniobiorcą jest wymogiem umownym,</w:t>
      </w:r>
    </w:p>
    <w:p w14:paraId="05AC63B7" w14:textId="41CD7CEB"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b)</w:t>
      </w:r>
      <w:r w:rsidRPr="1EFEAFA8">
        <w:rPr>
          <w:rFonts w:ascii="Aptos" w:eastAsia="Aptos" w:hAnsi="Aptos" w:cs="Aptos"/>
          <w:sz w:val="24"/>
          <w:szCs w:val="24"/>
          <w:lang w:val="pl-PL"/>
        </w:rPr>
        <w:t xml:space="preserve">  </w:t>
      </w:r>
      <w:r w:rsidRPr="1EFEAFA8">
        <w:rPr>
          <w:rFonts w:ascii="Aptos" w:eastAsia="Aptos" w:hAnsi="Aptos" w:cs="Aptos"/>
          <w:color w:val="000000" w:themeColor="text1"/>
          <w:sz w:val="22"/>
          <w:lang w:val="pl-PL"/>
        </w:rPr>
        <w:t>w celu wzięcia udziału w ewaluacji jakości i efektywności działań jest wymogiem Regulaminu Programu oraz niniejszej Umowy.</w:t>
      </w:r>
    </w:p>
    <w:p w14:paraId="3BBD5BBF" w14:textId="24839CC1" w:rsidR="00840B49" w:rsidRPr="00840B49" w:rsidRDefault="2EF9B8E2" w:rsidP="1EFEAF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left="284" w:hanging="284"/>
        <w:jc w:val="both"/>
      </w:pPr>
      <w:r w:rsidRPr="1EFEAFA8">
        <w:rPr>
          <w:rFonts w:ascii="Aptos" w:eastAsia="Aptos" w:hAnsi="Aptos" w:cs="Aptos"/>
          <w:color w:val="000000" w:themeColor="text1"/>
          <w:sz w:val="22"/>
          <w:lang w:val="pl-PL"/>
        </w:rPr>
        <w:t xml:space="preserve"> </w:t>
      </w:r>
    </w:p>
    <w:p w14:paraId="0E2BA125" w14:textId="18577660" w:rsidR="00840B49" w:rsidRPr="00840B49" w:rsidRDefault="2EF9B8E2" w:rsidP="1EFEAFA8">
      <w:pPr>
        <w:spacing w:before="120" w:after="120"/>
        <w:ind w:left="284" w:hanging="284"/>
        <w:jc w:val="center"/>
      </w:pPr>
      <w:r w:rsidRPr="1EFEAFA8">
        <w:rPr>
          <w:rFonts w:ascii="Aptos" w:eastAsia="Aptos" w:hAnsi="Aptos" w:cs="Aptos"/>
          <w:b/>
          <w:bCs/>
          <w:color w:val="000000" w:themeColor="text1"/>
          <w:sz w:val="22"/>
          <w:lang w:val="pl-PL"/>
        </w:rPr>
        <w:t xml:space="preserve">Klauzula informacyjna </w:t>
      </w:r>
      <w:proofErr w:type="spellStart"/>
      <w:r w:rsidRPr="1EFEAFA8">
        <w:rPr>
          <w:rFonts w:ascii="Aptos" w:eastAsia="Aptos" w:hAnsi="Aptos" w:cs="Aptos"/>
          <w:b/>
          <w:bCs/>
          <w:color w:val="000000" w:themeColor="text1"/>
          <w:sz w:val="22"/>
          <w:lang w:val="pl-PL"/>
        </w:rPr>
        <w:t>MKiDN</w:t>
      </w:r>
      <w:proofErr w:type="spellEnd"/>
    </w:p>
    <w:p w14:paraId="0EC08A0A" w14:textId="1F2C75EF" w:rsidR="00840B49" w:rsidRPr="00840B49" w:rsidRDefault="2EF9B8E2" w:rsidP="1EFEAFA8">
      <w:pPr>
        <w:spacing w:before="120" w:after="120"/>
        <w:ind w:left="284" w:hanging="284"/>
        <w:jc w:val="center"/>
      </w:pPr>
      <w:r w:rsidRPr="1EFEAFA8">
        <w:rPr>
          <w:rFonts w:ascii="Aptos" w:eastAsia="Aptos" w:hAnsi="Aptos" w:cs="Aptos"/>
          <w:b/>
          <w:bCs/>
          <w:color w:val="000000" w:themeColor="text1"/>
          <w:sz w:val="22"/>
          <w:lang w:val="pl-PL"/>
        </w:rPr>
        <w:t xml:space="preserve">Informacja dla osoby, której dane zostały pozyskane w inny sposób, </w:t>
      </w:r>
      <w:r w:rsidR="00840B49">
        <w:br/>
      </w:r>
      <w:r w:rsidRPr="1EFEAFA8">
        <w:rPr>
          <w:rFonts w:ascii="Aptos" w:eastAsia="Aptos" w:hAnsi="Aptos" w:cs="Aptos"/>
          <w:b/>
          <w:bCs/>
          <w:color w:val="000000" w:themeColor="text1"/>
          <w:sz w:val="22"/>
          <w:lang w:val="pl-PL"/>
        </w:rPr>
        <w:t>niż od osoby, której dotyczą</w:t>
      </w:r>
    </w:p>
    <w:p w14:paraId="423E233E" w14:textId="2A72C683"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Dane osobowe będą przetwarzane przez </w:t>
      </w:r>
      <w:r w:rsidRPr="1EFEAFA8">
        <w:rPr>
          <w:rFonts w:ascii="Aptos" w:eastAsia="Aptos" w:hAnsi="Aptos" w:cs="Aptos"/>
          <w:b/>
          <w:bCs/>
          <w:color w:val="000000" w:themeColor="text1"/>
          <w:sz w:val="22"/>
          <w:lang w:val="pl-PL"/>
        </w:rPr>
        <w:t xml:space="preserve">Ministra Kultury i Dziedzictwa Narodowego </w:t>
      </w:r>
      <w:r w:rsidRPr="1EFEAFA8">
        <w:rPr>
          <w:rFonts w:ascii="Aptos" w:eastAsia="Aptos" w:hAnsi="Aptos" w:cs="Aptos"/>
          <w:color w:val="000000" w:themeColor="text1"/>
          <w:sz w:val="22"/>
          <w:lang w:val="pl-PL"/>
        </w:rPr>
        <w:t>z siedzibą w Warszawie, przy ulicy Krakowskie Przedmieście 15, 00-071 w Warszawie.</w:t>
      </w:r>
    </w:p>
    <w:p w14:paraId="7DA0DE3D" w14:textId="042968E8" w:rsidR="00840B49" w:rsidRPr="00840B49" w:rsidRDefault="2EF9B8E2" w:rsidP="1EFEAFA8">
      <w:pPr>
        <w:spacing w:before="120" w:after="120"/>
        <w:ind w:left="720"/>
      </w:pPr>
      <w:r w:rsidRPr="1EFEAFA8">
        <w:rPr>
          <w:rFonts w:ascii="Aptos" w:eastAsia="Aptos" w:hAnsi="Aptos" w:cs="Aptos"/>
          <w:color w:val="000000" w:themeColor="text1"/>
          <w:sz w:val="22"/>
          <w:lang w:val="pl-PL"/>
        </w:rPr>
        <w:t>Administrator powołał Inspektora ochrony danych osobowych</w:t>
      </w:r>
      <w:r w:rsidRPr="1EFEAFA8">
        <w:rPr>
          <w:rFonts w:ascii="Aptos" w:eastAsia="Aptos" w:hAnsi="Aptos" w:cs="Aptos"/>
          <w:b/>
          <w:bCs/>
          <w:color w:val="000000" w:themeColor="text1"/>
          <w:sz w:val="22"/>
          <w:lang w:val="pl-PL"/>
        </w:rPr>
        <w:t xml:space="preserve">, </w:t>
      </w:r>
      <w:r w:rsidRPr="1EFEAFA8">
        <w:rPr>
          <w:rFonts w:ascii="Aptos" w:eastAsia="Aptos" w:hAnsi="Aptos" w:cs="Aptos"/>
          <w:color w:val="000000" w:themeColor="text1"/>
          <w:sz w:val="22"/>
          <w:lang w:val="pl-PL"/>
        </w:rPr>
        <w:t>kontakt do inspektora ochrony danych pod adresem</w:t>
      </w:r>
      <w:r w:rsidRPr="1EFEAFA8">
        <w:rPr>
          <w:rFonts w:ascii="Aptos" w:eastAsia="Aptos" w:hAnsi="Aptos" w:cs="Aptos"/>
          <w:b/>
          <w:bCs/>
          <w:color w:val="000000" w:themeColor="text1"/>
          <w:sz w:val="22"/>
          <w:lang w:val="pl-PL"/>
        </w:rPr>
        <w:t xml:space="preserve"> </w:t>
      </w:r>
      <w:r w:rsidRPr="1EFEAFA8">
        <w:rPr>
          <w:rFonts w:ascii="Aptos" w:eastAsia="Aptos" w:hAnsi="Aptos" w:cs="Aptos"/>
          <w:color w:val="000000" w:themeColor="text1"/>
          <w:sz w:val="22"/>
          <w:lang w:val="pl-PL"/>
        </w:rPr>
        <w:t xml:space="preserve">wskazanym w pkt 1 lub </w:t>
      </w:r>
      <w:hyperlink r:id="rId12">
        <w:r w:rsidRPr="1EFEAFA8">
          <w:rPr>
            <w:rStyle w:val="Hipercze"/>
            <w:color w:val="467886"/>
            <w:lang w:val="pl-PL"/>
          </w:rPr>
          <w:t>iod@kultura.gov.pl</w:t>
        </w:r>
      </w:hyperlink>
    </w:p>
    <w:p w14:paraId="5DCB4A05" w14:textId="1228789E"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Przetwarzanie danych osobowych jest dokonywane w celu </w:t>
      </w:r>
      <w:r w:rsidRPr="1EFEAFA8">
        <w:rPr>
          <w:rFonts w:ascii="Aptos" w:eastAsia="Aptos" w:hAnsi="Aptos" w:cs="Aptos"/>
          <w:b/>
          <w:bCs/>
          <w:color w:val="000000" w:themeColor="text1"/>
          <w:sz w:val="22"/>
          <w:lang w:val="pl-PL"/>
        </w:rPr>
        <w:t>realizacji czynności związanych z udzielaniem i rozliczaniem dotacji celowej na wydatki bieżące</w:t>
      </w:r>
      <w:r w:rsidRPr="1EFEAFA8">
        <w:rPr>
          <w:rFonts w:ascii="Aptos" w:eastAsia="Aptos" w:hAnsi="Aptos" w:cs="Aptos"/>
          <w:color w:val="000000" w:themeColor="text1"/>
          <w:sz w:val="22"/>
          <w:lang w:val="pl-PL"/>
        </w:rPr>
        <w:t xml:space="preserve">, na podstawie </w:t>
      </w:r>
      <w:r w:rsidRPr="1EFEAFA8">
        <w:rPr>
          <w:rFonts w:ascii="Aptos" w:eastAsia="Aptos" w:hAnsi="Aptos" w:cs="Aptos"/>
          <w:b/>
          <w:bCs/>
          <w:color w:val="000000" w:themeColor="text1"/>
          <w:sz w:val="22"/>
          <w:lang w:val="pl-PL"/>
        </w:rPr>
        <w:t>art. 6 ust. 1 lit. c i 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„rozporządzeniem”</w:t>
      </w:r>
      <w:r w:rsidRPr="1EFEAFA8">
        <w:rPr>
          <w:rFonts w:ascii="Aptos" w:eastAsia="Aptos" w:hAnsi="Aptos" w:cs="Aptos"/>
          <w:color w:val="000000" w:themeColor="text1"/>
          <w:sz w:val="22"/>
          <w:lang w:val="pl-PL"/>
        </w:rPr>
        <w:t>.</w:t>
      </w:r>
    </w:p>
    <w:p w14:paraId="047F7052" w14:textId="55BE1032"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Administrator pozyskał następujące kategorie danych osobowych: </w:t>
      </w:r>
      <w:r w:rsidRPr="1EFEAFA8">
        <w:rPr>
          <w:rFonts w:ascii="Aptos" w:eastAsia="Aptos" w:hAnsi="Aptos" w:cs="Aptos"/>
          <w:b/>
          <w:bCs/>
          <w:color w:val="000000" w:themeColor="text1"/>
          <w:sz w:val="22"/>
          <w:lang w:val="pl-PL"/>
        </w:rPr>
        <w:t xml:space="preserve">  imię, nazwisko, zawód, wynagrodzenie wynikające z udziału w realizacji zadania będącego  przedmiotem umowy oraz imię, nazwisko i stanowisko osób reprezentujących Zleceniobiorcę.</w:t>
      </w:r>
    </w:p>
    <w:p w14:paraId="772E61CA" w14:textId="3FA79ED5"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Dane osobowe </w:t>
      </w:r>
      <w:r w:rsidRPr="1EFEAFA8">
        <w:rPr>
          <w:rFonts w:ascii="Aptos" w:eastAsia="Aptos" w:hAnsi="Aptos" w:cs="Aptos"/>
          <w:b/>
          <w:bCs/>
          <w:color w:val="000000" w:themeColor="text1"/>
          <w:sz w:val="22"/>
          <w:lang w:val="pl-PL"/>
        </w:rPr>
        <w:t xml:space="preserve">mogą być udostępniane </w:t>
      </w:r>
      <w:r w:rsidRPr="1EFEAFA8">
        <w:rPr>
          <w:rFonts w:ascii="Aptos" w:eastAsia="Aptos" w:hAnsi="Aptos" w:cs="Aptos"/>
          <w:color w:val="000000" w:themeColor="text1"/>
          <w:sz w:val="22"/>
          <w:lang w:val="pl-PL"/>
        </w:rPr>
        <w:t>innym odbiorcom lub ich kategoriom: wyłącznie podmiotom upoważnionym na podstawie przepisów prawa</w:t>
      </w:r>
      <w:r w:rsidRPr="1EFEAFA8">
        <w:rPr>
          <w:rFonts w:ascii="Aptos" w:eastAsia="Aptos" w:hAnsi="Aptos" w:cs="Aptos"/>
          <w:b/>
          <w:bCs/>
          <w:color w:val="000000" w:themeColor="text1"/>
          <w:sz w:val="22"/>
          <w:lang w:val="pl-PL"/>
        </w:rPr>
        <w:t xml:space="preserve">. </w:t>
      </w:r>
    </w:p>
    <w:p w14:paraId="0EBF89DF" w14:textId="0CDF2C4F"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Dane </w:t>
      </w:r>
      <w:r w:rsidRPr="1EFEAFA8">
        <w:rPr>
          <w:rFonts w:ascii="Aptos" w:eastAsia="Aptos" w:hAnsi="Aptos" w:cs="Aptos"/>
          <w:b/>
          <w:bCs/>
          <w:color w:val="000000" w:themeColor="text1"/>
          <w:sz w:val="22"/>
          <w:lang w:val="pl-PL"/>
        </w:rPr>
        <w:t>nie będą</w:t>
      </w:r>
      <w:r w:rsidRPr="1EFEAFA8">
        <w:rPr>
          <w:rFonts w:ascii="Aptos" w:eastAsia="Aptos" w:hAnsi="Aptos" w:cs="Aptos"/>
          <w:color w:val="000000" w:themeColor="text1"/>
          <w:sz w:val="22"/>
          <w:lang w:val="pl-PL"/>
        </w:rPr>
        <w:t xml:space="preserve"> przekazywane do państwa trzeciego lub organizacji międzynarodowej.</w:t>
      </w:r>
    </w:p>
    <w:p w14:paraId="56D03C42" w14:textId="318C4C6D"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Dane będą przetwarzane w okresach określonych w przepisach regulujących postępowanie w zakresie wydatków publicznych oraz przepisach regulujących przechowywanie dokumentacji archiwalnej i niearchiwalnej administratora. </w:t>
      </w:r>
    </w:p>
    <w:p w14:paraId="0611AD0B" w14:textId="01E4343F" w:rsidR="00840B49" w:rsidRPr="00840B49" w:rsidRDefault="2EF9B8E2" w:rsidP="1EFEAFA8">
      <w:pPr>
        <w:spacing w:before="120" w:after="120"/>
        <w:ind w:left="720"/>
      </w:pPr>
      <w:r w:rsidRPr="1EFEAFA8">
        <w:rPr>
          <w:rFonts w:ascii="Aptos" w:eastAsia="Aptos" w:hAnsi="Aptos" w:cs="Aptos"/>
          <w:color w:val="000000" w:themeColor="text1"/>
          <w:sz w:val="22"/>
          <w:lang w:val="pl-PL"/>
        </w:rPr>
        <w:t xml:space="preserve">Osoba, której dane są przetwarzane </w:t>
      </w:r>
      <w:r w:rsidRPr="1EFEAFA8">
        <w:rPr>
          <w:rFonts w:ascii="Aptos" w:eastAsia="Aptos" w:hAnsi="Aptos" w:cs="Aptos"/>
          <w:b/>
          <w:bCs/>
          <w:color w:val="000000" w:themeColor="text1"/>
          <w:sz w:val="22"/>
          <w:lang w:val="pl-PL"/>
        </w:rPr>
        <w:t>ma prawo do:</w:t>
      </w:r>
      <w:r w:rsidRPr="1EFEAFA8">
        <w:rPr>
          <w:rFonts w:ascii="Aptos" w:eastAsia="Aptos" w:hAnsi="Aptos" w:cs="Aptos"/>
          <w:color w:val="000000" w:themeColor="text1"/>
          <w:sz w:val="22"/>
          <w:lang w:val="pl-PL"/>
        </w:rPr>
        <w:t xml:space="preserve">  </w:t>
      </w:r>
    </w:p>
    <w:p w14:paraId="2F680DFA" w14:textId="65B016DD" w:rsidR="00840B49" w:rsidRPr="00840B49" w:rsidRDefault="2EF9B8E2" w:rsidP="1EFEAFA8">
      <w:pPr>
        <w:spacing w:before="120" w:after="120"/>
        <w:ind w:left="720"/>
      </w:pPr>
      <w:r w:rsidRPr="1EFEAFA8">
        <w:rPr>
          <w:rFonts w:ascii="Aptos" w:eastAsia="Aptos" w:hAnsi="Aptos" w:cs="Aptos"/>
          <w:color w:val="000000" w:themeColor="text1"/>
          <w:sz w:val="22"/>
          <w:lang w:val="pl-PL"/>
        </w:rPr>
        <w:t>dostępu do swoich danych osobowych, zgodnie z art. 15 rozporządzenia,</w:t>
      </w:r>
    </w:p>
    <w:p w14:paraId="304DC678" w14:textId="5B45A5F6" w:rsidR="00840B49" w:rsidRPr="00840B49" w:rsidRDefault="2EF9B8E2" w:rsidP="1EFEAFA8">
      <w:pPr>
        <w:spacing w:before="120" w:after="120"/>
        <w:ind w:left="720"/>
      </w:pPr>
      <w:r w:rsidRPr="1EFEAFA8">
        <w:rPr>
          <w:rFonts w:ascii="Aptos" w:eastAsia="Aptos" w:hAnsi="Aptos" w:cs="Aptos"/>
          <w:color w:val="000000" w:themeColor="text1"/>
          <w:sz w:val="22"/>
          <w:lang w:val="pl-PL"/>
        </w:rPr>
        <w:t>żądania ich sprostowania, zgodnie z art. 16 rozporządzenia,</w:t>
      </w:r>
    </w:p>
    <w:p w14:paraId="5D79B4BA" w14:textId="7EE05573" w:rsidR="00840B49" w:rsidRPr="00840B49" w:rsidRDefault="2EF9B8E2" w:rsidP="1EFEAFA8">
      <w:pPr>
        <w:spacing w:before="120" w:after="120"/>
        <w:ind w:left="720"/>
      </w:pPr>
      <w:r w:rsidRPr="1EFEAFA8">
        <w:rPr>
          <w:rFonts w:ascii="Aptos" w:eastAsia="Aptos" w:hAnsi="Aptos" w:cs="Aptos"/>
          <w:color w:val="000000" w:themeColor="text1"/>
          <w:sz w:val="22"/>
          <w:lang w:val="pl-PL"/>
        </w:rPr>
        <w:t>usunięcia lub ograniczenia przetwarzania, zgodnie z art. 17 i 18 rozporządzenia,</w:t>
      </w:r>
    </w:p>
    <w:p w14:paraId="6007FF0F" w14:textId="30E85DED" w:rsidR="00840B49" w:rsidRPr="00840B49" w:rsidRDefault="2EF9B8E2" w:rsidP="1EFEAFA8">
      <w:pPr>
        <w:spacing w:before="120" w:after="120"/>
        <w:ind w:left="720"/>
      </w:pPr>
      <w:r w:rsidRPr="1EFEAFA8">
        <w:rPr>
          <w:rFonts w:ascii="Aptos" w:eastAsia="Aptos" w:hAnsi="Aptos" w:cs="Aptos"/>
          <w:color w:val="000000" w:themeColor="text1"/>
          <w:sz w:val="22"/>
          <w:lang w:val="pl-PL"/>
        </w:rPr>
        <w:t>wnieść sprzeciw wobec przetwarzania, zgodnie z art. 21 rozporządzenia,</w:t>
      </w:r>
    </w:p>
    <w:p w14:paraId="28F910BF" w14:textId="59C0BD87" w:rsidR="00840B49" w:rsidRPr="00840B49" w:rsidRDefault="2EF9B8E2" w:rsidP="1EFEAFA8">
      <w:pPr>
        <w:spacing w:before="120" w:after="120"/>
        <w:ind w:left="720"/>
      </w:pPr>
      <w:r w:rsidRPr="1EFEAFA8">
        <w:rPr>
          <w:rFonts w:ascii="Aptos" w:eastAsia="Aptos" w:hAnsi="Aptos" w:cs="Aptos"/>
          <w:color w:val="000000" w:themeColor="text1"/>
          <w:sz w:val="22"/>
          <w:lang w:val="pl-PL"/>
        </w:rPr>
        <w:t>żądania przeniesienia danych do innego administratora, zgodnie z art. 20 rozporządzenia</w:t>
      </w:r>
    </w:p>
    <w:p w14:paraId="61CD975F" w14:textId="47B1187F" w:rsidR="00840B49" w:rsidRPr="00840B49" w:rsidRDefault="2EF9B8E2" w:rsidP="1EFEAFA8">
      <w:pPr>
        <w:spacing w:before="120" w:after="120"/>
        <w:ind w:left="720"/>
      </w:pPr>
      <w:r w:rsidRPr="1EFEAFA8">
        <w:rPr>
          <w:rFonts w:ascii="Aptos" w:eastAsia="Aptos" w:hAnsi="Aptos" w:cs="Aptos"/>
          <w:color w:val="000000" w:themeColor="text1"/>
          <w:sz w:val="22"/>
          <w:lang w:val="pl-PL"/>
        </w:rPr>
        <w:t>Jeżeli przetwarzanie danych osobowych odbywa się na podstawie zgody osoby, której dane dotyczą, zgoda ta może być w każdej chwili wycofana, bez wpływu na zgodność z prawem wcześniej wykonanych czynności przetwarzania.</w:t>
      </w:r>
    </w:p>
    <w:p w14:paraId="4BE5C0B2" w14:textId="62D36B92" w:rsidR="00840B49" w:rsidRPr="00840B49" w:rsidRDefault="2EF9B8E2" w:rsidP="1EFEAFA8">
      <w:pPr>
        <w:spacing w:before="120" w:after="120"/>
        <w:ind w:left="720"/>
      </w:pPr>
      <w:r w:rsidRPr="1EFEAFA8">
        <w:rPr>
          <w:rFonts w:ascii="Aptos" w:eastAsia="Aptos" w:hAnsi="Aptos" w:cs="Aptos"/>
          <w:color w:val="000000" w:themeColor="text1"/>
          <w:sz w:val="22"/>
          <w:lang w:val="pl-PL"/>
        </w:rPr>
        <w:t>Osobie, której dane są przetwarzane, jeśli uzna, że naruszane są jej prawa, przysługuje prawo złożenia skargi do Prezesa Urzędu Ochrony Danych Osobowych, ul. Moniuszki 1A, 00-014 Warszawa.</w:t>
      </w:r>
    </w:p>
    <w:p w14:paraId="103275BC" w14:textId="74D8420B" w:rsidR="00840B49" w:rsidRPr="00840B49" w:rsidRDefault="2EF9B8E2" w:rsidP="1EFEAFA8">
      <w:pPr>
        <w:spacing w:before="120" w:after="144"/>
        <w:ind w:left="720"/>
      </w:pPr>
      <w:r w:rsidRPr="1EFEAFA8">
        <w:rPr>
          <w:rFonts w:ascii="Aptos" w:eastAsia="Aptos" w:hAnsi="Aptos" w:cs="Aptos"/>
          <w:color w:val="000000" w:themeColor="text1"/>
          <w:sz w:val="22"/>
          <w:lang w:val="pl-PL"/>
        </w:rPr>
        <w:t>Dane osobowe zostały pozyskane od administratora tj. Narodowego Centrum Kultury.</w:t>
      </w:r>
    </w:p>
    <w:p w14:paraId="262345FA" w14:textId="76CBA87F" w:rsidR="00840B49" w:rsidRPr="00840B49" w:rsidRDefault="2EF9B8E2" w:rsidP="1EFEAFA8">
      <w:pPr>
        <w:shd w:val="clear" w:color="auto" w:fill="FFFFFF" w:themeFill="background1"/>
        <w:spacing w:after="0" w:line="278" w:lineRule="auto"/>
        <w:ind w:left="360"/>
      </w:pPr>
      <w:r w:rsidRPr="1EFEAFA8">
        <w:rPr>
          <w:rFonts w:ascii="Aptos" w:eastAsia="Aptos" w:hAnsi="Aptos" w:cs="Aptos"/>
          <w:color w:val="000000" w:themeColor="text1"/>
          <w:sz w:val="22"/>
          <w:lang w:val="pl-PL"/>
        </w:rPr>
        <w:t>Nie przewiduje się automatycznego podejmowania decyzji wobec osób, których dane są przetwarzane.</w:t>
      </w:r>
    </w:p>
    <w:p w14:paraId="349089CF" w14:textId="7DF81698" w:rsidR="00840B49" w:rsidRPr="00840B49" w:rsidRDefault="00840B49" w:rsidP="1EFEAFA8">
      <w:pPr>
        <w:spacing w:after="80"/>
        <w:rPr>
          <w:rFonts w:ascii="Calibri" w:hAnsi="Calibri" w:cs="Calibri"/>
          <w:b/>
          <w:bCs/>
          <w:sz w:val="24"/>
          <w:szCs w:val="24"/>
          <w:lang w:val="pl-PL"/>
        </w:rPr>
      </w:pPr>
    </w:p>
    <w:p w14:paraId="2EB610F0" w14:textId="77777777" w:rsidR="00840B49" w:rsidRPr="00840B49" w:rsidRDefault="00840B49">
      <w:pPr>
        <w:spacing w:after="80"/>
        <w:rPr>
          <w:rFonts w:ascii="Calibri" w:hAnsi="Calibri" w:cs="Calibri"/>
          <w:b/>
          <w:sz w:val="24"/>
          <w:szCs w:val="24"/>
          <w:lang w:val="pl-PL"/>
        </w:rPr>
      </w:pPr>
    </w:p>
    <w:p w14:paraId="3E916DCF" w14:textId="77777777" w:rsidR="00840B49" w:rsidRPr="00840B49" w:rsidRDefault="00840B49">
      <w:pPr>
        <w:spacing w:after="80"/>
        <w:rPr>
          <w:rFonts w:ascii="Calibri" w:hAnsi="Calibri" w:cs="Calibri"/>
          <w:b/>
          <w:sz w:val="24"/>
          <w:szCs w:val="24"/>
          <w:lang w:val="pl-PL"/>
        </w:rPr>
      </w:pPr>
    </w:p>
    <w:p w14:paraId="2B9FCDCF" w14:textId="77777777" w:rsidR="00840B49" w:rsidRPr="00840B49" w:rsidRDefault="00840B49">
      <w:pPr>
        <w:spacing w:after="80"/>
        <w:rPr>
          <w:rFonts w:ascii="Calibri" w:hAnsi="Calibri" w:cs="Calibri"/>
          <w:b/>
          <w:sz w:val="24"/>
          <w:szCs w:val="24"/>
          <w:lang w:val="pl-PL"/>
        </w:rPr>
      </w:pPr>
    </w:p>
    <w:p w14:paraId="2A598FC6" w14:textId="77777777" w:rsidR="00840B49" w:rsidRPr="00840B49" w:rsidRDefault="00840B49">
      <w:pPr>
        <w:spacing w:after="80"/>
        <w:rPr>
          <w:rFonts w:ascii="Calibri" w:hAnsi="Calibri" w:cs="Calibri"/>
          <w:b/>
          <w:sz w:val="24"/>
          <w:szCs w:val="24"/>
          <w:lang w:val="pl-PL"/>
        </w:rPr>
      </w:pPr>
    </w:p>
    <w:p w14:paraId="559019A8" w14:textId="77777777" w:rsidR="00840B49" w:rsidRDefault="00840B49">
      <w:pPr>
        <w:spacing w:after="80"/>
        <w:rPr>
          <w:rFonts w:ascii="Calibri" w:hAnsi="Calibri" w:cs="Calibri"/>
          <w:b/>
          <w:sz w:val="24"/>
          <w:szCs w:val="24"/>
          <w:lang w:val="pl-PL"/>
        </w:rPr>
      </w:pPr>
    </w:p>
    <w:p w14:paraId="2CACA4F3" w14:textId="77777777" w:rsidR="00840B49" w:rsidRDefault="00840B49">
      <w:pPr>
        <w:spacing w:after="80"/>
        <w:rPr>
          <w:rFonts w:ascii="Calibri" w:hAnsi="Calibri" w:cs="Calibri"/>
          <w:b/>
          <w:sz w:val="24"/>
          <w:szCs w:val="24"/>
          <w:lang w:val="pl-PL"/>
        </w:rPr>
      </w:pPr>
    </w:p>
    <w:p w14:paraId="2F7F1648" w14:textId="77777777" w:rsidR="00840B49" w:rsidRDefault="00840B49">
      <w:pPr>
        <w:spacing w:after="80"/>
        <w:rPr>
          <w:rFonts w:ascii="Calibri" w:hAnsi="Calibri" w:cs="Calibri"/>
          <w:b/>
          <w:sz w:val="24"/>
          <w:szCs w:val="24"/>
          <w:lang w:val="pl-PL"/>
        </w:rPr>
      </w:pPr>
    </w:p>
    <w:p w14:paraId="7969AEB1" w14:textId="77777777" w:rsidR="00840B49" w:rsidRDefault="00840B49">
      <w:pPr>
        <w:spacing w:after="80"/>
        <w:rPr>
          <w:rFonts w:ascii="Calibri" w:hAnsi="Calibri" w:cs="Calibri"/>
          <w:b/>
          <w:sz w:val="24"/>
          <w:szCs w:val="24"/>
          <w:lang w:val="pl-PL"/>
        </w:rPr>
      </w:pPr>
    </w:p>
    <w:p w14:paraId="7E265CC4" w14:textId="77777777" w:rsidR="00840B49" w:rsidRDefault="00840B49">
      <w:pPr>
        <w:spacing w:after="80"/>
        <w:rPr>
          <w:rFonts w:ascii="Calibri" w:hAnsi="Calibri" w:cs="Calibri"/>
          <w:b/>
          <w:sz w:val="24"/>
          <w:szCs w:val="24"/>
          <w:lang w:val="pl-PL"/>
        </w:rPr>
      </w:pPr>
    </w:p>
    <w:p w14:paraId="46BBF9E9" w14:textId="77777777" w:rsidR="00840B49" w:rsidRDefault="00840B49">
      <w:pPr>
        <w:spacing w:after="80"/>
        <w:rPr>
          <w:rFonts w:ascii="Calibri" w:hAnsi="Calibri" w:cs="Calibri"/>
          <w:b/>
          <w:sz w:val="24"/>
          <w:szCs w:val="24"/>
          <w:lang w:val="pl-PL"/>
        </w:rPr>
      </w:pPr>
    </w:p>
    <w:p w14:paraId="2781D84D" w14:textId="77777777" w:rsidR="00840B49" w:rsidRDefault="00840B49">
      <w:pPr>
        <w:spacing w:after="80"/>
        <w:rPr>
          <w:rFonts w:ascii="Calibri" w:hAnsi="Calibri" w:cs="Calibri"/>
          <w:b/>
          <w:sz w:val="24"/>
          <w:szCs w:val="24"/>
          <w:lang w:val="pl-PL"/>
        </w:rPr>
      </w:pPr>
    </w:p>
    <w:p w14:paraId="1994FE37" w14:textId="77777777" w:rsidR="00840B49" w:rsidRDefault="00840B49">
      <w:pPr>
        <w:spacing w:after="80"/>
        <w:rPr>
          <w:rFonts w:ascii="Calibri" w:hAnsi="Calibri" w:cs="Calibri"/>
          <w:b/>
          <w:sz w:val="24"/>
          <w:szCs w:val="24"/>
          <w:lang w:val="pl-PL"/>
        </w:rPr>
      </w:pPr>
    </w:p>
    <w:p w14:paraId="248B7A7B" w14:textId="77777777" w:rsidR="00840B49" w:rsidRDefault="00840B49">
      <w:pPr>
        <w:spacing w:after="80"/>
        <w:rPr>
          <w:rFonts w:ascii="Calibri" w:hAnsi="Calibri" w:cs="Calibri"/>
          <w:b/>
          <w:sz w:val="24"/>
          <w:szCs w:val="24"/>
          <w:lang w:val="pl-PL"/>
        </w:rPr>
      </w:pPr>
    </w:p>
    <w:p w14:paraId="4744E092" w14:textId="77777777" w:rsidR="00840B49" w:rsidRDefault="00840B49">
      <w:pPr>
        <w:spacing w:after="80"/>
        <w:rPr>
          <w:rFonts w:ascii="Calibri" w:hAnsi="Calibri" w:cs="Calibri"/>
          <w:b/>
          <w:sz w:val="24"/>
          <w:szCs w:val="24"/>
          <w:lang w:val="pl-PL"/>
        </w:rPr>
      </w:pPr>
    </w:p>
    <w:p w14:paraId="0F238129" w14:textId="77777777" w:rsidR="00840B49" w:rsidRDefault="00840B49">
      <w:pPr>
        <w:spacing w:after="80"/>
        <w:rPr>
          <w:rFonts w:ascii="Calibri" w:hAnsi="Calibri" w:cs="Calibri"/>
          <w:b/>
          <w:sz w:val="24"/>
          <w:szCs w:val="24"/>
          <w:lang w:val="pl-PL"/>
        </w:rPr>
      </w:pPr>
    </w:p>
    <w:p w14:paraId="162C2329" w14:textId="77777777" w:rsidR="00840B49" w:rsidRDefault="00840B49">
      <w:pPr>
        <w:spacing w:after="80"/>
        <w:rPr>
          <w:rFonts w:ascii="Calibri" w:hAnsi="Calibri" w:cs="Calibri"/>
          <w:b/>
          <w:sz w:val="24"/>
          <w:szCs w:val="24"/>
          <w:lang w:val="pl-PL"/>
        </w:rPr>
      </w:pPr>
    </w:p>
    <w:p w14:paraId="587F2150" w14:textId="77777777" w:rsidR="00840B49" w:rsidRDefault="00840B49">
      <w:pPr>
        <w:spacing w:after="80"/>
        <w:rPr>
          <w:rFonts w:ascii="Calibri" w:hAnsi="Calibri" w:cs="Calibri"/>
          <w:b/>
          <w:sz w:val="24"/>
          <w:szCs w:val="24"/>
          <w:lang w:val="pl-PL"/>
        </w:rPr>
      </w:pPr>
    </w:p>
    <w:p w14:paraId="19B3F041" w14:textId="77777777" w:rsidR="00840B49" w:rsidRDefault="00840B49">
      <w:pPr>
        <w:spacing w:after="80"/>
        <w:rPr>
          <w:rFonts w:ascii="Calibri" w:hAnsi="Calibri" w:cs="Calibri"/>
          <w:b/>
          <w:sz w:val="24"/>
          <w:szCs w:val="24"/>
          <w:lang w:val="pl-PL"/>
        </w:rPr>
      </w:pPr>
    </w:p>
    <w:p w14:paraId="619F310C" w14:textId="77777777" w:rsidR="00840B49" w:rsidRDefault="00840B49">
      <w:pPr>
        <w:spacing w:after="80"/>
        <w:rPr>
          <w:rFonts w:ascii="Calibri" w:hAnsi="Calibri" w:cs="Calibri"/>
          <w:b/>
          <w:sz w:val="24"/>
          <w:szCs w:val="24"/>
          <w:lang w:val="pl-PL"/>
        </w:rPr>
      </w:pPr>
    </w:p>
    <w:sectPr w:rsidR="00840B49" w:rsidSect="00034616">
      <w:pgSz w:w="12240" w:h="15840"/>
      <w:pgMar w:top="1000" w:right="1300" w:bottom="1000" w:left="13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545101712">
    <w:abstractNumId w:val="8"/>
  </w:num>
  <w:num w:numId="2" w16cid:durableId="1688095972">
    <w:abstractNumId w:val="6"/>
  </w:num>
  <w:num w:numId="3" w16cid:durableId="864488644">
    <w:abstractNumId w:val="5"/>
  </w:num>
  <w:num w:numId="4" w16cid:durableId="320549777">
    <w:abstractNumId w:val="4"/>
  </w:num>
  <w:num w:numId="5" w16cid:durableId="854810951">
    <w:abstractNumId w:val="7"/>
  </w:num>
  <w:num w:numId="6" w16cid:durableId="273679137">
    <w:abstractNumId w:val="3"/>
  </w:num>
  <w:num w:numId="7" w16cid:durableId="405038196">
    <w:abstractNumId w:val="2"/>
  </w:num>
  <w:num w:numId="8" w16cid:durableId="1764296580">
    <w:abstractNumId w:val="1"/>
  </w:num>
  <w:num w:numId="9" w16cid:durableId="1033926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2740A"/>
    <w:rsid w:val="00734EB0"/>
    <w:rsid w:val="00840B49"/>
    <w:rsid w:val="008E38C9"/>
    <w:rsid w:val="00AA1D8D"/>
    <w:rsid w:val="00AF09F9"/>
    <w:rsid w:val="00B00B77"/>
    <w:rsid w:val="00B47730"/>
    <w:rsid w:val="00CB0664"/>
    <w:rsid w:val="00EC11CB"/>
    <w:rsid w:val="00EE321B"/>
    <w:rsid w:val="00FC693F"/>
    <w:rsid w:val="010AC93B"/>
    <w:rsid w:val="01E11B86"/>
    <w:rsid w:val="02793D3F"/>
    <w:rsid w:val="051CDD1A"/>
    <w:rsid w:val="05AADFC1"/>
    <w:rsid w:val="0605AB83"/>
    <w:rsid w:val="07AAC369"/>
    <w:rsid w:val="095B50AE"/>
    <w:rsid w:val="096A33D8"/>
    <w:rsid w:val="0AFE42D7"/>
    <w:rsid w:val="0BED00DE"/>
    <w:rsid w:val="0C6FF49E"/>
    <w:rsid w:val="0C8D637C"/>
    <w:rsid w:val="0D9D6AE5"/>
    <w:rsid w:val="0E998EF2"/>
    <w:rsid w:val="0EC4B9FB"/>
    <w:rsid w:val="0EE99440"/>
    <w:rsid w:val="0F803B45"/>
    <w:rsid w:val="1065E982"/>
    <w:rsid w:val="11155586"/>
    <w:rsid w:val="12CC4DA0"/>
    <w:rsid w:val="12F1AE3D"/>
    <w:rsid w:val="1354B4DD"/>
    <w:rsid w:val="153E7820"/>
    <w:rsid w:val="156BBAA2"/>
    <w:rsid w:val="16104CE6"/>
    <w:rsid w:val="1687A906"/>
    <w:rsid w:val="1712690E"/>
    <w:rsid w:val="17698DED"/>
    <w:rsid w:val="17C7D496"/>
    <w:rsid w:val="19B01ABD"/>
    <w:rsid w:val="1A57A998"/>
    <w:rsid w:val="1AB9B157"/>
    <w:rsid w:val="1AD9CE83"/>
    <w:rsid w:val="1BD28A31"/>
    <w:rsid w:val="1DB484A5"/>
    <w:rsid w:val="1DDFB258"/>
    <w:rsid w:val="1E8B4752"/>
    <w:rsid w:val="1EC33052"/>
    <w:rsid w:val="1EFEAFA8"/>
    <w:rsid w:val="1F0775AE"/>
    <w:rsid w:val="1F34644C"/>
    <w:rsid w:val="1FCCEF64"/>
    <w:rsid w:val="2124635C"/>
    <w:rsid w:val="21830CDA"/>
    <w:rsid w:val="22E5BB02"/>
    <w:rsid w:val="232C97CC"/>
    <w:rsid w:val="23A341BB"/>
    <w:rsid w:val="2473198E"/>
    <w:rsid w:val="24D8F312"/>
    <w:rsid w:val="275FB034"/>
    <w:rsid w:val="279042CF"/>
    <w:rsid w:val="2958545F"/>
    <w:rsid w:val="296F788C"/>
    <w:rsid w:val="29DBCF5B"/>
    <w:rsid w:val="2A8BE492"/>
    <w:rsid w:val="2B759B27"/>
    <w:rsid w:val="2B900757"/>
    <w:rsid w:val="2BCA1783"/>
    <w:rsid w:val="2CDAD291"/>
    <w:rsid w:val="2DA5DD0F"/>
    <w:rsid w:val="2DE7788B"/>
    <w:rsid w:val="2E3D69A7"/>
    <w:rsid w:val="2E871731"/>
    <w:rsid w:val="2EB09219"/>
    <w:rsid w:val="2ED7A359"/>
    <w:rsid w:val="2EF9B8E2"/>
    <w:rsid w:val="2FFE7B41"/>
    <w:rsid w:val="3093309D"/>
    <w:rsid w:val="30975186"/>
    <w:rsid w:val="3120FD9A"/>
    <w:rsid w:val="320AC2E9"/>
    <w:rsid w:val="32A0A002"/>
    <w:rsid w:val="34CDC8B9"/>
    <w:rsid w:val="34EFFDEE"/>
    <w:rsid w:val="3555C4F1"/>
    <w:rsid w:val="35607FDA"/>
    <w:rsid w:val="359C06C1"/>
    <w:rsid w:val="35C38C44"/>
    <w:rsid w:val="387CF1C2"/>
    <w:rsid w:val="38BE8ADF"/>
    <w:rsid w:val="396EFA56"/>
    <w:rsid w:val="3A406D0D"/>
    <w:rsid w:val="3AED8157"/>
    <w:rsid w:val="3C72088C"/>
    <w:rsid w:val="3D65669B"/>
    <w:rsid w:val="3EECAD1F"/>
    <w:rsid w:val="3F1BDCF8"/>
    <w:rsid w:val="3FFD79D8"/>
    <w:rsid w:val="40B9D77A"/>
    <w:rsid w:val="410A5390"/>
    <w:rsid w:val="41765EBD"/>
    <w:rsid w:val="419074AE"/>
    <w:rsid w:val="4284B552"/>
    <w:rsid w:val="42882C02"/>
    <w:rsid w:val="437CDBFA"/>
    <w:rsid w:val="443D50A4"/>
    <w:rsid w:val="4556CD49"/>
    <w:rsid w:val="455CED76"/>
    <w:rsid w:val="457CB0E4"/>
    <w:rsid w:val="466FFFAC"/>
    <w:rsid w:val="46D02000"/>
    <w:rsid w:val="480D4B3D"/>
    <w:rsid w:val="48743BC1"/>
    <w:rsid w:val="499FD5F6"/>
    <w:rsid w:val="4A6302D2"/>
    <w:rsid w:val="4B1C005A"/>
    <w:rsid w:val="4BC3ABEF"/>
    <w:rsid w:val="4C6D939D"/>
    <w:rsid w:val="4C712371"/>
    <w:rsid w:val="4C929703"/>
    <w:rsid w:val="4D2B8D32"/>
    <w:rsid w:val="4D64A72E"/>
    <w:rsid w:val="4F0E09FE"/>
    <w:rsid w:val="5097810E"/>
    <w:rsid w:val="5119FEFF"/>
    <w:rsid w:val="526A8928"/>
    <w:rsid w:val="52B2923F"/>
    <w:rsid w:val="52E36796"/>
    <w:rsid w:val="54BBC545"/>
    <w:rsid w:val="550212C1"/>
    <w:rsid w:val="556C8805"/>
    <w:rsid w:val="56F3D50C"/>
    <w:rsid w:val="57AF7A85"/>
    <w:rsid w:val="5AE0B21A"/>
    <w:rsid w:val="5B06E418"/>
    <w:rsid w:val="5C540A09"/>
    <w:rsid w:val="5E291FC4"/>
    <w:rsid w:val="60712EB7"/>
    <w:rsid w:val="6118E3A3"/>
    <w:rsid w:val="61212ABB"/>
    <w:rsid w:val="6168E5F4"/>
    <w:rsid w:val="6208D8D9"/>
    <w:rsid w:val="6290600C"/>
    <w:rsid w:val="62F70A9D"/>
    <w:rsid w:val="62F86355"/>
    <w:rsid w:val="6513C7AE"/>
    <w:rsid w:val="66E64570"/>
    <w:rsid w:val="676AE2A1"/>
    <w:rsid w:val="68110BE4"/>
    <w:rsid w:val="6A5EE74B"/>
    <w:rsid w:val="6A835899"/>
    <w:rsid w:val="6A9ABBEA"/>
    <w:rsid w:val="6B3C9F54"/>
    <w:rsid w:val="6B4E4032"/>
    <w:rsid w:val="6C267461"/>
    <w:rsid w:val="6D784DE5"/>
    <w:rsid w:val="6F2CFDC3"/>
    <w:rsid w:val="6FB0DBAF"/>
    <w:rsid w:val="7061097F"/>
    <w:rsid w:val="70612D83"/>
    <w:rsid w:val="70E02E2E"/>
    <w:rsid w:val="714EE294"/>
    <w:rsid w:val="73042A38"/>
    <w:rsid w:val="730BDCE5"/>
    <w:rsid w:val="7347316A"/>
    <w:rsid w:val="737A2308"/>
    <w:rsid w:val="738B2C85"/>
    <w:rsid w:val="74506397"/>
    <w:rsid w:val="7460B3AA"/>
    <w:rsid w:val="74866085"/>
    <w:rsid w:val="74D93508"/>
    <w:rsid w:val="763451EE"/>
    <w:rsid w:val="7768583C"/>
    <w:rsid w:val="77814D76"/>
    <w:rsid w:val="78E33D4E"/>
    <w:rsid w:val="7AB1747D"/>
    <w:rsid w:val="7B6496D7"/>
    <w:rsid w:val="7C09E536"/>
    <w:rsid w:val="7D7B7A1E"/>
    <w:rsid w:val="7FF93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C2AA7F"/>
  <w14:defaultImageDpi w14:val="300"/>
  <w15:docId w15:val="{C8C30432-171F-4F0E-98C1-373CB9D6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AF09F9"/>
    <w:rPr>
      <w:color w:val="0000FF" w:themeColor="hyperlink"/>
      <w:u w:val="single"/>
    </w:rPr>
  </w:style>
  <w:style w:type="character" w:styleId="Nierozpoznanawzmianka">
    <w:name w:val="Unresolved Mention"/>
    <w:basedOn w:val="Domylnaczcionkaakapitu"/>
    <w:uiPriority w:val="99"/>
    <w:semiHidden/>
    <w:unhideWhenUsed/>
    <w:rsid w:val="00AF0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ika.lajming@nck.org.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UserskarowDownloadsola.karowska@nck.org.pl" TargetMode="External"/><Relationship Id="rId12" Type="http://schemas.openxmlformats.org/officeDocument/2006/relationships/hyperlink" Target="mailto:iod@kultura.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iod@nck.pl" TargetMode="External"/><Relationship Id="rId5" Type="http://schemas.openxmlformats.org/officeDocument/2006/relationships/webSettings" Target="webSettings.xml"/><Relationship Id="rId10" Type="http://schemas.openxmlformats.org/officeDocument/2006/relationships/hyperlink" Target="mailto:iod@nck.org.pl" TargetMode="External"/><Relationship Id="rId4" Type="http://schemas.openxmlformats.org/officeDocument/2006/relationships/settings" Target="settings.xml"/><Relationship Id="rId9" Type="http://schemas.openxmlformats.org/officeDocument/2006/relationships/hyperlink" Target="mailto:sekretariat@nck.org.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2363</Words>
  <Characters>14183</Characters>
  <Application>Microsoft Office Word</Application>
  <DocSecurity>0</DocSecurity>
  <Lines>118</Lines>
  <Paragraphs>33</Paragraphs>
  <ScaleCrop>false</ScaleCrop>
  <Manager/>
  <Company/>
  <LinksUpToDate>false</LinksUpToDate>
  <CharactersWithSpaces>16513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Monika Bąkowska-Łajming | NCK Gdańsk</cp:lastModifiedBy>
  <cp:revision>7</cp:revision>
  <dcterms:created xsi:type="dcterms:W3CDTF">2026-09-22T11:05:00Z</dcterms:created>
  <dcterms:modified xsi:type="dcterms:W3CDTF">2026-09-24T11:35:00Z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5c4d1cc8-afd1-4893-8f44-c78deb77ffeb</vt:lpwstr>
  </property>
</Properties>
</file>